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346EC" w:rsidR="006063D7" w:rsidRDefault="00000000" w14:paraId="08FB26A5" w14:textId="77777777">
      <w:pPr>
        <w:jc w:val="center"/>
        <w:rPr>
          <w:rFonts w:asciiTheme="majorHAnsi" w:hAnsiTheme="majorHAnsi" w:cstheme="majorHAnsi"/>
          <w:sz w:val="24"/>
          <w:szCs w:val="24"/>
          <w:lang w:val="es-CL"/>
        </w:rPr>
      </w:pPr>
      <w:r w:rsidRPr="000346EC">
        <w:rPr>
          <w:rFonts w:asciiTheme="majorHAnsi" w:hAnsiTheme="majorHAnsi" w:cstheme="majorHAnsi"/>
          <w:b/>
          <w:sz w:val="24"/>
          <w:szCs w:val="24"/>
          <w:lang w:val="es-CL"/>
        </w:rPr>
        <w:t>VICERRECTORÍA DE INVESTIGACIÓN Y DOCTORADO</w:t>
      </w:r>
      <w:r w:rsidRPr="000346EC">
        <w:rPr>
          <w:rFonts w:asciiTheme="majorHAnsi" w:hAnsiTheme="majorHAnsi" w:cstheme="majorHAnsi"/>
          <w:b/>
          <w:sz w:val="24"/>
          <w:szCs w:val="24"/>
          <w:lang w:val="es-CL"/>
        </w:rPr>
        <w:br/>
      </w:r>
      <w:r w:rsidRPr="000346EC">
        <w:rPr>
          <w:rFonts w:asciiTheme="majorHAnsi" w:hAnsiTheme="majorHAnsi" w:cstheme="majorHAnsi"/>
          <w:b/>
          <w:sz w:val="24"/>
          <w:szCs w:val="24"/>
          <w:lang w:val="es-CL"/>
        </w:rPr>
        <w:t>DIRECCIÓN GENERAL DE INVESTIGACIÓN</w:t>
      </w:r>
    </w:p>
    <w:p w:rsidRPr="000346EC" w:rsidR="006063D7" w:rsidRDefault="00000000" w14:paraId="260638A6" w14:textId="42D50F9D">
      <w:pPr>
        <w:jc w:val="center"/>
        <w:rPr>
          <w:rFonts w:asciiTheme="majorHAnsi" w:hAnsiTheme="majorHAnsi" w:cstheme="majorHAnsi"/>
          <w:sz w:val="24"/>
          <w:szCs w:val="24"/>
          <w:lang w:val="es-CL"/>
        </w:rPr>
      </w:pPr>
      <w:r w:rsidRPr="000346EC">
        <w:rPr>
          <w:rFonts w:asciiTheme="majorHAnsi" w:hAnsiTheme="majorHAnsi" w:cstheme="majorHAnsi"/>
          <w:b/>
          <w:color w:val="11375B"/>
          <w:sz w:val="24"/>
          <w:szCs w:val="24"/>
          <w:lang w:val="es-CL"/>
        </w:rPr>
        <w:t>FORMULARIO ÚNICO DE INFORME TÉCNICO</w:t>
      </w:r>
      <w:r w:rsidRPr="000346EC">
        <w:rPr>
          <w:rFonts w:asciiTheme="majorHAnsi" w:hAnsiTheme="majorHAnsi" w:cstheme="majorHAnsi"/>
          <w:b/>
          <w:color w:val="11375B"/>
          <w:sz w:val="24"/>
          <w:szCs w:val="24"/>
          <w:lang w:val="es-CL"/>
        </w:rPr>
        <w:br/>
      </w:r>
      <w:r w:rsidRPr="000346EC">
        <w:rPr>
          <w:rFonts w:asciiTheme="majorHAnsi" w:hAnsiTheme="majorHAnsi" w:cstheme="majorHAnsi"/>
          <w:b/>
          <w:color w:val="11375B"/>
          <w:sz w:val="24"/>
          <w:szCs w:val="24"/>
          <w:lang w:val="es-CL"/>
        </w:rPr>
        <w:t>PROYECTOS INTERNOS</w:t>
      </w:r>
      <w:r w:rsidRPr="000346EC" w:rsidR="000346EC">
        <w:rPr>
          <w:rFonts w:asciiTheme="majorHAnsi" w:hAnsiTheme="majorHAnsi" w:cstheme="majorHAnsi"/>
          <w:b/>
          <w:color w:val="11375B"/>
          <w:sz w:val="24"/>
          <w:szCs w:val="24"/>
          <w:lang w:val="es-CL"/>
        </w:rPr>
        <w:t xml:space="preserve"> ACADÉMICOS</w:t>
      </w:r>
      <w:r w:rsidRPr="000346EC">
        <w:rPr>
          <w:rFonts w:asciiTheme="majorHAnsi" w:hAnsiTheme="majorHAnsi" w:cstheme="majorHAnsi"/>
          <w:b/>
          <w:color w:val="11375B"/>
          <w:sz w:val="24"/>
          <w:szCs w:val="24"/>
          <w:lang w:val="es-CL"/>
        </w:rPr>
        <w:t xml:space="preserve"> UNAB </w:t>
      </w:r>
    </w:p>
    <w:p w:rsidRPr="000346EC" w:rsidR="006063D7" w:rsidRDefault="00000000" w14:paraId="57B7EE54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  <w:r w:rsidRPr="000346EC">
        <w:rPr>
          <w:rFonts w:asciiTheme="majorHAnsi" w:hAnsiTheme="majorHAnsi" w:cstheme="majorHAnsi"/>
          <w:sz w:val="20"/>
          <w:szCs w:val="20"/>
          <w:lang w:val="es-CL"/>
        </w:rPr>
        <w:t>Instrucciones: marque el concurso y tipo de informe que corresponda. Complete las secciones pertinentes al período informado. En informes de avance utilice el resumen de una página indicado en las bases de Núcleos y Líneas; para el informe final complete los resultados y productos acumulados del proyecto.</w:t>
      </w:r>
    </w:p>
    <w:p w:rsidRPr="000346EC" w:rsidR="006063D7" w:rsidRDefault="00000000" w14:paraId="463EE4EE" w14:textId="77777777">
      <w:pPr>
        <w:pStyle w:val="Ttulo2"/>
        <w:rPr>
          <w:rFonts w:cstheme="majorHAnsi"/>
          <w:sz w:val="20"/>
          <w:szCs w:val="20"/>
          <w:lang w:val="es-CL"/>
        </w:rPr>
      </w:pPr>
      <w:r w:rsidRPr="000346EC">
        <w:rPr>
          <w:rFonts w:cstheme="majorHAnsi"/>
          <w:sz w:val="20"/>
          <w:szCs w:val="20"/>
          <w:lang w:val="es-CL"/>
        </w:rPr>
        <w:t>1. Identificación del informe y proyecto</w:t>
      </w:r>
    </w:p>
    <w:p w:rsidRPr="000346EC" w:rsidR="006063D7" w:rsidP="00C94854" w:rsidRDefault="00000000" w14:paraId="75E1652F" w14:textId="0C2A971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0346EC">
        <w:rPr>
          <w:rFonts w:asciiTheme="majorHAnsi" w:hAnsiTheme="majorHAnsi" w:cstheme="majorHAnsi"/>
          <w:b/>
          <w:sz w:val="20"/>
          <w:szCs w:val="20"/>
          <w:lang w:val="es-CL"/>
        </w:rPr>
        <w:t xml:space="preserve">TIPO DE INFORME:  </w:t>
      </w:r>
      <w:r w:rsidRPr="000346EC" w:rsidR="00C94854">
        <w:rPr>
          <w:rFonts w:asciiTheme="majorHAnsi" w:hAnsiTheme="majorHAnsi" w:cstheme="majorHAnsi"/>
          <w:b/>
          <w:sz w:val="20"/>
          <w:szCs w:val="20"/>
          <w:lang w:val="es-CL"/>
        </w:rPr>
        <w:t>____</w:t>
      </w:r>
      <w:r w:rsidRPr="000346EC">
        <w:rPr>
          <w:rFonts w:asciiTheme="majorHAnsi" w:hAnsiTheme="majorHAnsi" w:cstheme="majorHAnsi"/>
          <w:b/>
          <w:sz w:val="20"/>
          <w:szCs w:val="20"/>
          <w:lang w:val="es-CL"/>
        </w:rPr>
        <w:t xml:space="preserve"> Avance / resumen de actividades y resultados     </w:t>
      </w:r>
      <w:r w:rsidRPr="000346EC" w:rsidR="00C94854">
        <w:rPr>
          <w:rFonts w:asciiTheme="majorHAnsi" w:hAnsiTheme="majorHAnsi" w:cstheme="majorHAnsi"/>
          <w:b/>
          <w:sz w:val="20"/>
          <w:szCs w:val="20"/>
          <w:lang w:val="es-CL"/>
        </w:rPr>
        <w:t>_______</w:t>
      </w:r>
      <w:r w:rsidRPr="000346EC">
        <w:rPr>
          <w:rFonts w:asciiTheme="majorHAnsi" w:hAnsiTheme="majorHAnsi" w:cstheme="majorHAnsi"/>
          <w:b/>
          <w:sz w:val="20"/>
          <w:szCs w:val="20"/>
          <w:lang w:val="es-CL"/>
        </w:rPr>
        <w:t>Final</w:t>
      </w:r>
    </w:p>
    <w:p w:rsidRPr="000346EC" w:rsidR="006063D7" w:rsidP="00C94854" w:rsidRDefault="00000000" w14:paraId="3BB5DFAD" w14:textId="02A7392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0346EC">
        <w:rPr>
          <w:rFonts w:asciiTheme="majorHAnsi" w:hAnsiTheme="majorHAnsi" w:cstheme="majorHAnsi"/>
          <w:b/>
          <w:sz w:val="20"/>
          <w:szCs w:val="20"/>
          <w:lang w:val="es-CL"/>
        </w:rPr>
        <w:t>CONCURSO (marque una opción</w:t>
      </w:r>
      <w:r w:rsidRPr="000346EC" w:rsidR="00C94854">
        <w:rPr>
          <w:rFonts w:asciiTheme="majorHAnsi" w:hAnsiTheme="majorHAnsi" w:cstheme="majorHAnsi"/>
          <w:b/>
          <w:sz w:val="20"/>
          <w:szCs w:val="20"/>
          <w:lang w:val="es-CL"/>
        </w:rPr>
        <w:t>):</w:t>
      </w:r>
      <w:r w:rsidRPr="000346EC" w:rsidR="00C94854">
        <w:rPr>
          <w:rFonts w:asciiTheme="majorHAnsi" w:hAnsiTheme="majorHAnsi" w:cstheme="majorHAnsi"/>
          <w:bCs/>
          <w:sz w:val="20"/>
          <w:szCs w:val="20"/>
          <w:lang w:val="es-CL"/>
        </w:rPr>
        <w:t xml:space="preserve"> ___</w:t>
      </w:r>
      <w:r w:rsidRPr="000346EC">
        <w:rPr>
          <w:rFonts w:asciiTheme="majorHAnsi" w:hAnsiTheme="majorHAnsi" w:cstheme="majorHAnsi"/>
          <w:bCs/>
          <w:sz w:val="20"/>
          <w:szCs w:val="20"/>
          <w:lang w:val="es-CL"/>
        </w:rPr>
        <w:t>N</w:t>
      </w:r>
      <w:r w:rsidRPr="000346EC">
        <w:rPr>
          <w:rFonts w:asciiTheme="majorHAnsi" w:hAnsiTheme="majorHAnsi" w:cstheme="majorHAnsi"/>
          <w:sz w:val="20"/>
          <w:szCs w:val="20"/>
          <w:lang w:val="es-CL"/>
        </w:rPr>
        <w:t>úcleos UNAB (</w:t>
      </w:r>
      <w:proofErr w:type="gramStart"/>
      <w:r w:rsidRPr="000346EC" w:rsidR="00C94854">
        <w:rPr>
          <w:rFonts w:asciiTheme="majorHAnsi" w:hAnsiTheme="majorHAnsi" w:cstheme="majorHAnsi"/>
          <w:sz w:val="20"/>
          <w:szCs w:val="20"/>
          <w:lang w:val="es-CL"/>
        </w:rPr>
        <w:t>NUC)  _</w:t>
      </w:r>
      <w:proofErr w:type="gramEnd"/>
      <w:r w:rsidRPr="000346EC" w:rsidR="00C94854">
        <w:rPr>
          <w:rFonts w:asciiTheme="majorHAnsi" w:hAnsiTheme="majorHAnsi" w:cstheme="majorHAnsi"/>
          <w:sz w:val="20"/>
          <w:szCs w:val="20"/>
          <w:lang w:val="es-CL"/>
        </w:rPr>
        <w:t>__</w:t>
      </w:r>
      <w:r w:rsidRPr="000346EC">
        <w:rPr>
          <w:rFonts w:asciiTheme="majorHAnsi" w:hAnsiTheme="majorHAnsi" w:cstheme="majorHAnsi"/>
          <w:sz w:val="20"/>
          <w:szCs w:val="20"/>
          <w:lang w:val="es-CL"/>
        </w:rPr>
        <w:t xml:space="preserve"> Líneas de Investigación Regular (REG) </w:t>
      </w:r>
      <w:r w:rsidRPr="000346EC" w:rsidR="00C94854">
        <w:rPr>
          <w:rFonts w:asciiTheme="majorHAnsi" w:hAnsiTheme="majorHAnsi" w:cstheme="majorHAnsi"/>
          <w:sz w:val="20"/>
          <w:szCs w:val="20"/>
          <w:lang w:val="es-CL"/>
        </w:rPr>
        <w:t>___</w:t>
      </w:r>
      <w:r w:rsidRPr="000346EC">
        <w:rPr>
          <w:rFonts w:asciiTheme="majorHAnsi" w:hAnsiTheme="majorHAnsi" w:cstheme="majorHAnsi"/>
          <w:sz w:val="20"/>
          <w:szCs w:val="20"/>
          <w:lang w:val="es-CL"/>
        </w:rPr>
        <w:t>Jorge Millas (</w:t>
      </w:r>
      <w:proofErr w:type="gramStart"/>
      <w:r w:rsidRPr="000346EC">
        <w:rPr>
          <w:rFonts w:asciiTheme="majorHAnsi" w:hAnsiTheme="majorHAnsi" w:cstheme="majorHAnsi"/>
          <w:sz w:val="20"/>
          <w:szCs w:val="20"/>
          <w:lang w:val="es-CL"/>
        </w:rPr>
        <w:t xml:space="preserve">JM)   </w:t>
      </w:r>
      <w:proofErr w:type="gramEnd"/>
      <w:r w:rsidRPr="000346EC" w:rsidR="00C94854">
        <w:rPr>
          <w:rFonts w:asciiTheme="majorHAnsi" w:hAnsiTheme="majorHAnsi" w:cstheme="majorHAnsi"/>
          <w:sz w:val="20"/>
          <w:szCs w:val="20"/>
          <w:lang w:val="es-CL"/>
        </w:rPr>
        <w:t>___</w:t>
      </w:r>
      <w:r w:rsidRPr="000346EC">
        <w:rPr>
          <w:rFonts w:asciiTheme="majorHAnsi" w:hAnsiTheme="majorHAnsi" w:cstheme="majorHAnsi"/>
          <w:sz w:val="20"/>
          <w:szCs w:val="20"/>
          <w:lang w:val="es-CL"/>
        </w:rPr>
        <w:t>Ciencias Biomédicas y Clínicas (CBC)</w:t>
      </w:r>
    </w:p>
    <w:p w:rsidRPr="000346EC" w:rsidR="00C94854" w:rsidP="00C94854" w:rsidRDefault="00C94854" w14:paraId="3BE40A63" w14:textId="42CAE88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0346EC">
        <w:rPr>
          <w:rFonts w:asciiTheme="majorHAnsi" w:hAnsiTheme="majorHAnsi" w:cstheme="majorHAnsi"/>
          <w:sz w:val="20"/>
          <w:szCs w:val="20"/>
          <w:lang w:val="es-CL"/>
        </w:rPr>
        <w:t>Código del proyecto:</w:t>
      </w:r>
    </w:p>
    <w:p w:rsidRPr="000346EC" w:rsidR="00C94854" w:rsidP="00C94854" w:rsidRDefault="00C94854" w14:paraId="366F419F" w14:textId="7D47EED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0346EC">
        <w:rPr>
          <w:rFonts w:asciiTheme="majorHAnsi" w:hAnsiTheme="majorHAnsi" w:cstheme="majorHAnsi"/>
          <w:sz w:val="20"/>
          <w:szCs w:val="20"/>
          <w:lang w:val="es-CL"/>
        </w:rPr>
        <w:t>Título del proyecto:</w:t>
      </w:r>
      <w:r w:rsidRPr="000346EC">
        <w:rPr>
          <w:rFonts w:asciiTheme="majorHAnsi" w:hAnsiTheme="majorHAnsi" w:cstheme="majorHAnsi"/>
          <w:sz w:val="20"/>
          <w:szCs w:val="20"/>
          <w:lang w:val="es-CL"/>
        </w:rPr>
        <w:tab/>
      </w:r>
    </w:p>
    <w:p w:rsidRPr="000346EC" w:rsidR="00C94854" w:rsidP="00C94854" w:rsidRDefault="00C94854" w14:paraId="65353971" w14:textId="14F713D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0346EC">
        <w:rPr>
          <w:rFonts w:asciiTheme="majorHAnsi" w:hAnsiTheme="majorHAnsi" w:cstheme="majorHAnsi"/>
          <w:sz w:val="20"/>
          <w:szCs w:val="20"/>
          <w:lang w:val="es-CL"/>
        </w:rPr>
        <w:t>Nombre responsable:</w:t>
      </w:r>
    </w:p>
    <w:p w:rsidRPr="000346EC" w:rsidR="00C94854" w:rsidP="00C94854" w:rsidRDefault="00C94854" w14:paraId="45E9853C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0346EC">
        <w:rPr>
          <w:rFonts w:asciiTheme="majorHAnsi" w:hAnsiTheme="majorHAnsi" w:cstheme="majorHAnsi"/>
          <w:sz w:val="20"/>
          <w:szCs w:val="20"/>
          <w:lang w:val="es-CL"/>
        </w:rPr>
        <w:t>RUT / correo institucional</w:t>
      </w:r>
      <w:r w:rsidRPr="000346EC">
        <w:rPr>
          <w:rFonts w:asciiTheme="majorHAnsi" w:hAnsiTheme="majorHAnsi" w:cstheme="majorHAnsi"/>
          <w:sz w:val="20"/>
          <w:szCs w:val="20"/>
          <w:lang w:val="es-CL"/>
        </w:rPr>
        <w:tab/>
      </w:r>
    </w:p>
    <w:p w:rsidRPr="000346EC" w:rsidR="00C94854" w:rsidP="1F506832" w:rsidRDefault="00C94854" w14:paraId="2AA918D4" w14:textId="516D28CC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  <w:between w:val="single" w:color="FF000000" w:sz="4" w:space="1"/>
          <w:bar w:val="single" w:color="FF000000" w:sz="4" w:space="0"/>
        </w:pBdr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</w:pPr>
      <w:r w:rsidRPr="1F506832" w:rsidR="00C94854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Faculta</w:t>
      </w:r>
      <w:r w:rsidRPr="1F506832" w:rsidR="23942519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d/ Centro/ Instituto</w:t>
      </w:r>
      <w:r w:rsidRPr="1F506832" w:rsidR="00C94854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:</w:t>
      </w:r>
    </w:p>
    <w:p w:rsidRPr="000346EC" w:rsidR="00C94854" w:rsidP="00C94854" w:rsidRDefault="00C94854" w14:paraId="543984EC" w14:textId="216EB5A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0346EC">
        <w:rPr>
          <w:rFonts w:asciiTheme="majorHAnsi" w:hAnsiTheme="majorHAnsi" w:cstheme="majorHAnsi"/>
          <w:sz w:val="20"/>
          <w:szCs w:val="20"/>
          <w:lang w:val="es-CL"/>
        </w:rPr>
        <w:t>coinvestigadores (solo si aplica)</w:t>
      </w:r>
      <w:r w:rsidRPr="000346EC">
        <w:rPr>
          <w:rFonts w:asciiTheme="majorHAnsi" w:hAnsiTheme="majorHAnsi" w:cstheme="majorHAnsi"/>
          <w:sz w:val="20"/>
          <w:szCs w:val="20"/>
          <w:lang w:val="es-CL"/>
        </w:rPr>
        <w:tab/>
      </w:r>
    </w:p>
    <w:p w:rsidRPr="000346EC" w:rsidR="00C94854" w:rsidP="00C94854" w:rsidRDefault="00C94854" w14:paraId="3DAD4400" w14:textId="3E5B307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0346EC">
        <w:rPr>
          <w:rFonts w:asciiTheme="majorHAnsi" w:hAnsiTheme="majorHAnsi" w:cstheme="majorHAnsi"/>
          <w:sz w:val="20"/>
          <w:szCs w:val="20"/>
          <w:lang w:val="es-CL"/>
        </w:rPr>
        <w:t xml:space="preserve">Duración total / año de ejecución: </w:t>
      </w:r>
      <w:r w:rsidRPr="000346EC">
        <w:rPr>
          <w:rFonts w:asciiTheme="majorHAnsi" w:hAnsiTheme="majorHAnsi" w:cstheme="majorHAnsi"/>
          <w:i/>
          <w:iCs/>
          <w:sz w:val="20"/>
          <w:szCs w:val="20"/>
          <w:lang w:val="es-CL"/>
        </w:rPr>
        <w:t>Ejemplo: año 1</w:t>
      </w:r>
      <w:r w:rsidRPr="000346EC">
        <w:rPr>
          <w:rFonts w:asciiTheme="majorHAnsi" w:hAnsiTheme="majorHAnsi" w:cstheme="majorHAnsi"/>
          <w:sz w:val="20"/>
          <w:szCs w:val="20"/>
          <w:lang w:val="es-CL"/>
        </w:rPr>
        <w:tab/>
      </w:r>
    </w:p>
    <w:p w:rsidRPr="000346EC" w:rsidR="00C94854" w:rsidP="00C94854" w:rsidRDefault="00C94854" w14:paraId="3B168DEA" w14:textId="4CF5B92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0346EC">
        <w:rPr>
          <w:rFonts w:asciiTheme="majorHAnsi" w:hAnsiTheme="majorHAnsi" w:cstheme="majorHAnsi"/>
          <w:sz w:val="20"/>
          <w:szCs w:val="20"/>
          <w:lang w:val="es-CL"/>
        </w:rPr>
        <w:t xml:space="preserve">Período informado: desde / hasta:  </w:t>
      </w:r>
      <w:r w:rsidRPr="000346EC">
        <w:rPr>
          <w:rFonts w:asciiTheme="majorHAnsi" w:hAnsiTheme="majorHAnsi" w:cstheme="majorHAnsi"/>
          <w:i/>
          <w:iCs/>
          <w:sz w:val="20"/>
          <w:szCs w:val="20"/>
          <w:lang w:val="es-CL"/>
        </w:rPr>
        <w:t xml:space="preserve">Ejemplo: </w:t>
      </w:r>
      <w:proofErr w:type="gramStart"/>
      <w:r w:rsidRPr="000346EC">
        <w:rPr>
          <w:rFonts w:asciiTheme="majorHAnsi" w:hAnsiTheme="majorHAnsi" w:cstheme="majorHAnsi"/>
          <w:i/>
          <w:iCs/>
          <w:sz w:val="20"/>
          <w:szCs w:val="20"/>
          <w:lang w:val="es-CL"/>
        </w:rPr>
        <w:t>Marzo</w:t>
      </w:r>
      <w:proofErr w:type="gramEnd"/>
      <w:r w:rsidRPr="000346EC">
        <w:rPr>
          <w:rFonts w:asciiTheme="majorHAnsi" w:hAnsiTheme="majorHAnsi" w:cstheme="majorHAnsi"/>
          <w:i/>
          <w:iCs/>
          <w:sz w:val="20"/>
          <w:szCs w:val="20"/>
          <w:lang w:val="es-CL"/>
        </w:rPr>
        <w:t xml:space="preserve"> 2027 a </w:t>
      </w:r>
      <w:proofErr w:type="gramStart"/>
      <w:r w:rsidRPr="000346EC">
        <w:rPr>
          <w:rFonts w:asciiTheme="majorHAnsi" w:hAnsiTheme="majorHAnsi" w:cstheme="majorHAnsi"/>
          <w:i/>
          <w:iCs/>
          <w:sz w:val="20"/>
          <w:szCs w:val="20"/>
          <w:lang w:val="es-CL"/>
        </w:rPr>
        <w:t>Marzo</w:t>
      </w:r>
      <w:proofErr w:type="gramEnd"/>
      <w:r w:rsidRPr="000346EC">
        <w:rPr>
          <w:rFonts w:asciiTheme="majorHAnsi" w:hAnsiTheme="majorHAnsi" w:cstheme="majorHAnsi"/>
          <w:i/>
          <w:iCs/>
          <w:sz w:val="20"/>
          <w:szCs w:val="20"/>
          <w:lang w:val="es-CL"/>
        </w:rPr>
        <w:t xml:space="preserve"> 2028</w:t>
      </w:r>
      <w:r w:rsidRPr="000346EC">
        <w:rPr>
          <w:rFonts w:asciiTheme="majorHAnsi" w:hAnsiTheme="majorHAnsi" w:cstheme="majorHAnsi"/>
          <w:i/>
          <w:iCs/>
          <w:sz w:val="20"/>
          <w:szCs w:val="20"/>
          <w:lang w:val="es-CL"/>
        </w:rPr>
        <w:tab/>
      </w:r>
    </w:p>
    <w:p w:rsidRPr="000346EC" w:rsidR="00C94854" w:rsidP="00C94854" w:rsidRDefault="00C94854" w14:paraId="6B4F22A5" w14:textId="237CAD7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rPr>
          <w:rFonts w:asciiTheme="majorHAnsi" w:hAnsiTheme="majorHAnsi" w:cstheme="majorHAnsi"/>
          <w:sz w:val="20"/>
          <w:szCs w:val="20"/>
          <w:lang w:val="es-CL"/>
        </w:rPr>
      </w:pPr>
      <w:r w:rsidRPr="000346EC">
        <w:rPr>
          <w:rFonts w:asciiTheme="majorHAnsi" w:hAnsiTheme="majorHAnsi" w:cstheme="majorHAnsi"/>
          <w:sz w:val="20"/>
          <w:szCs w:val="20"/>
          <w:lang w:val="es-CL"/>
        </w:rPr>
        <w:t>Fecha de presentación</w:t>
      </w:r>
      <w:r w:rsidRPr="000346EC">
        <w:rPr>
          <w:rFonts w:asciiTheme="majorHAnsi" w:hAnsiTheme="majorHAnsi" w:cstheme="majorHAnsi"/>
          <w:sz w:val="20"/>
          <w:szCs w:val="20"/>
          <w:lang w:val="es-CL"/>
        </w:rPr>
        <w:tab/>
      </w:r>
      <w:r w:rsidRPr="000346EC">
        <w:rPr>
          <w:rFonts w:asciiTheme="majorHAnsi" w:hAnsiTheme="majorHAnsi" w:cstheme="majorHAnsi"/>
          <w:i/>
          <w:iCs/>
          <w:sz w:val="20"/>
          <w:szCs w:val="20"/>
          <w:lang w:val="es-CL"/>
        </w:rPr>
        <w:t xml:space="preserve">Ejemplo: </w:t>
      </w:r>
      <w:proofErr w:type="gramStart"/>
      <w:r w:rsidRPr="000346EC">
        <w:rPr>
          <w:rFonts w:asciiTheme="majorHAnsi" w:hAnsiTheme="majorHAnsi" w:cstheme="majorHAnsi"/>
          <w:i/>
          <w:iCs/>
          <w:sz w:val="20"/>
          <w:szCs w:val="20"/>
          <w:lang w:val="es-CL"/>
        </w:rPr>
        <w:t>Marzo</w:t>
      </w:r>
      <w:proofErr w:type="gramEnd"/>
      <w:r w:rsidRPr="000346EC">
        <w:rPr>
          <w:rFonts w:asciiTheme="majorHAnsi" w:hAnsiTheme="majorHAnsi" w:cstheme="majorHAnsi"/>
          <w:i/>
          <w:iCs/>
          <w:sz w:val="20"/>
          <w:szCs w:val="20"/>
          <w:lang w:val="es-CL"/>
        </w:rPr>
        <w:t xml:space="preserve"> 2028</w:t>
      </w:r>
      <w:r w:rsidRPr="000346EC">
        <w:rPr>
          <w:rFonts w:asciiTheme="majorHAnsi" w:hAnsiTheme="majorHAnsi" w:cstheme="majorHAnsi"/>
          <w:i/>
          <w:iCs/>
          <w:sz w:val="20"/>
          <w:szCs w:val="20"/>
          <w:lang w:val="es-CL"/>
        </w:rPr>
        <w:tab/>
      </w:r>
    </w:p>
    <w:p w:rsidRPr="000346EC" w:rsidR="00C94854" w:rsidRDefault="00C94854" w14:paraId="005E2ECE" w14:textId="77777777">
      <w:pPr>
        <w:pStyle w:val="Ttulo2"/>
        <w:rPr>
          <w:rFonts w:cstheme="majorHAnsi"/>
          <w:sz w:val="20"/>
          <w:szCs w:val="20"/>
          <w:lang w:val="es-CL"/>
        </w:rPr>
      </w:pPr>
    </w:p>
    <w:p w:rsidRPr="000346EC" w:rsidR="006063D7" w:rsidRDefault="00000000" w14:paraId="7E01E219" w14:textId="6E1A41E0">
      <w:pPr>
        <w:pStyle w:val="Ttulo2"/>
        <w:rPr>
          <w:rFonts w:cstheme="majorHAnsi"/>
          <w:sz w:val="20"/>
          <w:szCs w:val="20"/>
          <w:lang w:val="es-CL"/>
        </w:rPr>
      </w:pPr>
      <w:r w:rsidRPr="000346EC">
        <w:rPr>
          <w:rFonts w:cstheme="majorHAnsi"/>
          <w:sz w:val="20"/>
          <w:szCs w:val="20"/>
          <w:lang w:val="es-CL"/>
        </w:rPr>
        <w:t>2. Resumen de avance (cuando corresponda)</w:t>
      </w:r>
    </w:p>
    <w:p w:rsidRPr="000346EC" w:rsidR="006A131D" w:rsidP="09AE6D5C" w:rsidRDefault="00000000" w14:paraId="104DF615" w14:textId="3B412F10">
      <w:pPr>
        <w:pStyle w:val="Normal"/>
        <w:suppressLineNumbers w:val="0"/>
        <w:bidi w:val="0"/>
        <w:spacing w:before="0" w:beforeAutospacing="off" w:after="100" w:afterAutospacing="off" w:line="276" w:lineRule="auto"/>
        <w:ind w:left="0" w:right="0"/>
        <w:jc w:val="left"/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</w:pPr>
      <w:r w:rsidRPr="09AE6D5C" w:rsidR="534014B7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Para NUC y REG/JM/CBC: resumen de actividades y resultados, con indicación de modificaciones que afecten el presupuesto. </w:t>
      </w:r>
      <w:r w:rsidRPr="09AE6D5C" w:rsidR="534014B7">
        <w:rPr>
          <w:rFonts w:ascii="Calibri" w:hAnsi="Calibri" w:cs="Calibri" w:asciiTheme="majorAscii" w:hAnsiTheme="majorAscii" w:cstheme="majorAscii"/>
          <w:b w:val="1"/>
          <w:bCs w:val="1"/>
          <w:sz w:val="20"/>
          <w:szCs w:val="20"/>
          <w:lang w:val="es-CL"/>
        </w:rPr>
        <w:t>Extensión máxima: 1 página</w:t>
      </w:r>
      <w:r w:rsidRPr="09AE6D5C" w:rsidR="534014B7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. No complete este apartado </w:t>
      </w:r>
      <w:r w:rsidRPr="09AE6D5C" w:rsidR="42DC93AF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cuando corresponda </w:t>
      </w:r>
      <w:r w:rsidRPr="09AE6D5C" w:rsidR="534014B7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 informe final</w:t>
      </w:r>
    </w:p>
    <w:p w:rsidRPr="000346EC" w:rsidR="006063D7" w:rsidRDefault="00000000" w14:paraId="5FE99FAC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  <w:r w:rsidRPr="000346EC">
        <w:rPr>
          <w:rFonts w:asciiTheme="majorHAnsi" w:hAnsiTheme="majorHAnsi" w:cstheme="majorHAnsi"/>
          <w:sz w:val="20"/>
          <w:szCs w:val="20"/>
          <w:lang w:val="es-CL"/>
        </w:rPr>
        <w:t>Actividades desarrolladas, principales resultados, grado de cumplimiento de objetivos y próximos hitos:</w:t>
      </w:r>
    </w:p>
    <w:p w:rsidRPr="000346EC" w:rsidR="00C94854" w:rsidRDefault="00C94854" w14:paraId="4DD2E550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178ADAF2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67C87901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23D12350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41503EC7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16DE3428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04AB7611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7C321392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063D7" w:rsidRDefault="00000000" w14:paraId="3A0A57BE" w14:textId="77777777">
      <w:pPr>
        <w:pStyle w:val="Ttulo2"/>
        <w:rPr>
          <w:rFonts w:cstheme="majorHAnsi"/>
          <w:sz w:val="20"/>
          <w:szCs w:val="20"/>
          <w:lang w:val="es-CL"/>
        </w:rPr>
      </w:pPr>
      <w:r w:rsidRPr="000346EC">
        <w:rPr>
          <w:rFonts w:cstheme="majorHAnsi"/>
          <w:sz w:val="20"/>
          <w:szCs w:val="20"/>
          <w:lang w:val="es-CL"/>
        </w:rPr>
        <w:t>3. Objetivos y cumplimiento</w:t>
      </w:r>
    </w:p>
    <w:p w:rsidRPr="000346EC" w:rsidR="006063D7" w:rsidRDefault="00000000" w14:paraId="39D4F92D" w14:textId="77777777">
      <w:pPr>
        <w:rPr>
          <w:rFonts w:asciiTheme="majorHAnsi" w:hAnsiTheme="majorHAnsi" w:cstheme="majorHAnsi"/>
          <w:sz w:val="20"/>
          <w:szCs w:val="20"/>
        </w:rPr>
      </w:pPr>
      <w:r w:rsidRPr="000346EC">
        <w:rPr>
          <w:rFonts w:asciiTheme="majorHAnsi" w:hAnsiTheme="majorHAnsi" w:cstheme="majorHAnsi"/>
          <w:sz w:val="20"/>
          <w:szCs w:val="20"/>
          <w:lang w:val="es-CL"/>
        </w:rPr>
        <w:t xml:space="preserve">Indique objetivos generales y específicos comprometidos y su estado de cumplimiento en el período informado. </w:t>
      </w:r>
      <w:r w:rsidRPr="000346EC">
        <w:rPr>
          <w:rFonts w:asciiTheme="majorHAnsi" w:hAnsiTheme="majorHAnsi" w:cstheme="majorHAnsi"/>
          <w:sz w:val="20"/>
          <w:szCs w:val="20"/>
        </w:rPr>
        <w:t xml:space="preserve">Para </w:t>
      </w:r>
      <w:proofErr w:type="spellStart"/>
      <w:r w:rsidRPr="000346EC">
        <w:rPr>
          <w:rFonts w:asciiTheme="majorHAnsi" w:hAnsiTheme="majorHAnsi" w:cstheme="majorHAnsi"/>
          <w:sz w:val="20"/>
          <w:szCs w:val="20"/>
        </w:rPr>
        <w:t>informes</w:t>
      </w:r>
      <w:proofErr w:type="spellEnd"/>
      <w:r w:rsidRPr="000346EC">
        <w:rPr>
          <w:rFonts w:asciiTheme="majorHAnsi" w:hAnsiTheme="majorHAnsi" w:cstheme="majorHAnsi"/>
          <w:sz w:val="20"/>
          <w:szCs w:val="20"/>
        </w:rPr>
        <w:t xml:space="preserve"> finales, </w:t>
      </w:r>
      <w:proofErr w:type="spellStart"/>
      <w:r w:rsidRPr="000346EC">
        <w:rPr>
          <w:rFonts w:asciiTheme="majorHAnsi" w:hAnsiTheme="majorHAnsi" w:cstheme="majorHAnsi"/>
          <w:sz w:val="20"/>
          <w:szCs w:val="20"/>
        </w:rPr>
        <w:t>describa</w:t>
      </w:r>
      <w:proofErr w:type="spellEnd"/>
      <w:r w:rsidRPr="000346EC">
        <w:rPr>
          <w:rFonts w:asciiTheme="majorHAnsi" w:hAnsiTheme="majorHAnsi" w:cstheme="majorHAnsi"/>
          <w:sz w:val="20"/>
          <w:szCs w:val="20"/>
        </w:rPr>
        <w:t xml:space="preserve"> el cumplimiento acumulado.</w:t>
      </w:r>
    </w:p>
    <w:tbl>
      <w:tblPr>
        <w:tblStyle w:val="Sombreadoclaro-nfasis1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Pr="000346EC" w:rsidR="006063D7" w:rsidTr="09AE6D5C" w14:paraId="4DDD73D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0346EC" w:rsidR="006063D7" w:rsidRDefault="00000000" w14:paraId="3A68156E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46EC">
              <w:rPr>
                <w:rFonts w:asciiTheme="majorHAnsi" w:hAnsiTheme="majorHAnsi" w:cstheme="majorHAnsi"/>
                <w:sz w:val="20"/>
                <w:szCs w:val="20"/>
              </w:rPr>
              <w:t>Objetivo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0346EC" w:rsidR="006063D7" w:rsidRDefault="00000000" w14:paraId="460AEDE2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0346EC">
              <w:rPr>
                <w:rFonts w:asciiTheme="majorHAnsi" w:hAnsiTheme="majorHAnsi" w:cstheme="majorHAnsi"/>
                <w:sz w:val="20"/>
                <w:szCs w:val="20"/>
              </w:rPr>
              <w:t>Estado / evidencia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0346EC" w:rsidR="006063D7" w:rsidRDefault="00000000" w14:paraId="2C54D789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0346EC">
              <w:rPr>
                <w:rFonts w:asciiTheme="majorHAnsi" w:hAnsiTheme="majorHAnsi" w:cstheme="majorHAnsi"/>
                <w:sz w:val="20"/>
                <w:szCs w:val="20"/>
              </w:rPr>
              <w:t>Justificación de desviaciones</w:t>
            </w:r>
          </w:p>
        </w:tc>
      </w:tr>
      <w:tr w:rsidRPr="000346EC" w:rsidR="006063D7" w:rsidTr="09AE6D5C" w14:paraId="49475FE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0346EC" w:rsidR="006063D7" w:rsidP="09AE6D5C" w:rsidRDefault="00000000" w14:paraId="43B1ED7A" w14:textId="17EA3FE1">
            <w:pPr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 w:rsidRPr="09AE6D5C" w:rsidR="7C4B36F2">
              <w:rPr>
                <w:b w:val="0"/>
                <w:bCs w:val="0"/>
                <w:color w:val="auto"/>
              </w:rPr>
              <w:t>Objetivo 1</w:t>
            </w:r>
            <w: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0346EC" w:rsidR="006063D7" w:rsidP="09AE6D5C" w:rsidRDefault="00000000" w14:paraId="1BF02A27" w14:textId="4F2CE1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 w:rsidRPr="09AE6D5C" w:rsidR="44628531">
              <w:rPr>
                <w:color w:val="auto"/>
              </w:rPr>
              <w:t>Ejemplo: En progreso</w:t>
            </w:r>
            <w: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0346EC" w:rsidR="006063D7" w:rsidRDefault="00000000" w14:paraId="678DE2EC" w14:textId="626518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9AE6D5C" w:rsidR="073921A0">
              <w:rPr>
                <w:color w:val="auto"/>
              </w:rPr>
              <w:t>Propuesto</w:t>
            </w:r>
            <w:r w:rsidRPr="09AE6D5C" w:rsidR="073921A0">
              <w:rPr>
                <w:color w:val="auto"/>
              </w:rPr>
              <w:t xml:space="preserve"> para el </w:t>
            </w:r>
            <w:r w:rsidRPr="09AE6D5C" w:rsidR="073921A0">
              <w:rPr>
                <w:color w:val="auto"/>
              </w:rPr>
              <w:t>año</w:t>
            </w:r>
            <w:r w:rsidRPr="09AE6D5C" w:rsidR="073921A0">
              <w:rPr>
                <w:color w:val="auto"/>
              </w:rPr>
              <w:t xml:space="preserve"> </w:t>
            </w:r>
            <w:r w:rsidRPr="09AE6D5C" w:rsidR="073921A0">
              <w:rPr>
                <w:color w:val="auto"/>
              </w:rPr>
              <w:t>1,demoras</w:t>
            </w:r>
            <w:r w:rsidRPr="09AE6D5C" w:rsidR="073921A0">
              <w:rPr>
                <w:color w:val="auto"/>
              </w:rPr>
              <w:t xml:space="preserve"> </w:t>
            </w:r>
            <w:r w:rsidRPr="09AE6D5C" w:rsidR="073921A0">
              <w:rPr>
                <w:color w:val="auto"/>
              </w:rPr>
              <w:t>por...</w:t>
            </w:r>
          </w:p>
        </w:tc>
      </w:tr>
      <w:tr w:rsidRPr="000346EC" w:rsidR="006063D7" w:rsidTr="09AE6D5C" w14:paraId="5B40BC3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0346EC" w:rsidR="006063D7" w:rsidP="09AE6D5C" w:rsidRDefault="00000000" w14:paraId="52364D5F" w14:textId="28BBAA22">
            <w:pPr>
              <w:rPr>
                <w:rFonts w:ascii="Calibri" w:hAnsi="Calibri" w:cs="Calibri" w:asciiTheme="majorAscii" w:hAnsiTheme="majorAscii" w:cstheme="majorAscii"/>
                <w:b w:val="0"/>
                <w:bCs w:val="0"/>
                <w:color w:val="auto"/>
                <w:sz w:val="20"/>
                <w:szCs w:val="20"/>
              </w:rPr>
            </w:pPr>
            <w:r w:rsidRPr="09AE6D5C" w:rsidR="6F6AE58C">
              <w:rPr>
                <w:b w:val="0"/>
                <w:bCs w:val="0"/>
                <w:color w:val="auto"/>
              </w:rPr>
              <w:t>Objetivo 2</w:t>
            </w:r>
            <w: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0346EC" w:rsidR="006063D7" w:rsidP="09AE6D5C" w:rsidRDefault="00000000" w14:paraId="0843216A" w14:textId="47C2AD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 w:rsidRPr="09AE6D5C" w:rsidR="1310B0F6">
              <w:rPr>
                <w:color w:val="auto"/>
              </w:rPr>
              <w:t xml:space="preserve">Ejemplo: </w:t>
            </w:r>
            <w:r w:rsidRPr="09AE6D5C" w:rsidR="020CE784">
              <w:rPr>
                <w:color w:val="auto"/>
              </w:rPr>
              <w:t>Cumplido</w:t>
            </w:r>
            <w: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0346EC" w:rsidR="006063D7" w:rsidP="09AE6D5C" w:rsidRDefault="00000000" w14:paraId="1265823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>
              <w:br/>
            </w:r>
            <w:r>
              <w:br/>
            </w:r>
          </w:p>
        </w:tc>
      </w:tr>
      <w:tr w:rsidRPr="000346EC" w:rsidR="006063D7" w:rsidTr="09AE6D5C" w14:paraId="07238D4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0346EC" w:rsidR="006063D7" w:rsidP="09AE6D5C" w:rsidRDefault="00000000" w14:paraId="5D805939" w14:textId="7354009F">
            <w:pPr>
              <w:rPr>
                <w:rFonts w:ascii="Calibri" w:hAnsi="Calibri" w:cs="Calibri" w:asciiTheme="majorAscii" w:hAnsiTheme="majorAscii" w:cstheme="majorAscii"/>
                <w:b w:val="0"/>
                <w:bCs w:val="0"/>
                <w:color w:val="auto"/>
                <w:sz w:val="20"/>
                <w:szCs w:val="20"/>
              </w:rPr>
            </w:pPr>
            <w:r w:rsidRPr="09AE6D5C" w:rsidR="2170AD98">
              <w:rPr>
                <w:b w:val="0"/>
                <w:bCs w:val="0"/>
                <w:color w:val="auto"/>
              </w:rPr>
              <w:t>Objetivo</w:t>
            </w:r>
            <w:r>
              <w:br/>
            </w:r>
            <w: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0346EC" w:rsidR="006063D7" w:rsidP="09AE6D5C" w:rsidRDefault="00000000" w14:paraId="1FEBCD1B" w14:textId="42380E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9AE6D5C" w:rsidR="01EFE985">
              <w:rPr>
                <w:color w:val="auto"/>
              </w:rPr>
              <w:t>Ejemplo: No cumplido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0346EC" w:rsidR="006063D7" w:rsidP="09AE6D5C" w:rsidRDefault="00000000" w14:paraId="34283FC7" w14:textId="521AC1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 w:rsidRPr="09AE6D5C" w:rsidR="01EFE985">
              <w:rPr>
                <w:color w:val="auto"/>
              </w:rPr>
              <w:t xml:space="preserve">Este </w:t>
            </w:r>
            <w:r w:rsidRPr="09AE6D5C" w:rsidR="01EFE985">
              <w:rPr>
                <w:color w:val="auto"/>
              </w:rPr>
              <w:t>objetivo</w:t>
            </w:r>
            <w:r w:rsidRPr="09AE6D5C" w:rsidR="01EFE985">
              <w:rPr>
                <w:color w:val="auto"/>
              </w:rPr>
              <w:t xml:space="preserve"> está propuesto para el año 2</w:t>
            </w:r>
            <w:r>
              <w:br/>
            </w:r>
          </w:p>
        </w:tc>
      </w:tr>
      <w:tr w:rsidRPr="000346EC" w:rsidR="006063D7" w:rsidTr="09AE6D5C" w14:paraId="427DCF3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0346EC" w:rsidR="006063D7" w:rsidRDefault="00000000" w14:paraId="79EF0041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46EC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0346EC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0346EC" w:rsidR="006063D7" w:rsidRDefault="00000000" w14:paraId="60E9B14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0346EC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0346EC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0346EC" w:rsidR="006063D7" w:rsidRDefault="00000000" w14:paraId="0043C23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0346EC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0346EC">
              <w:rPr>
                <w:rFonts w:asciiTheme="majorHAnsi" w:hAnsiTheme="majorHAnsi" w:cstheme="majorHAnsi"/>
                <w:sz w:val="20"/>
                <w:szCs w:val="20"/>
              </w:rPr>
              <w:br/>
            </w:r>
          </w:p>
        </w:tc>
      </w:tr>
    </w:tbl>
    <w:p w:rsidRPr="000346EC" w:rsidR="006063D7" w:rsidRDefault="00000000" w14:paraId="6F83E6D2" w14:textId="77777777">
      <w:pPr>
        <w:pStyle w:val="Ttulo2"/>
        <w:rPr>
          <w:rFonts w:cstheme="majorHAnsi"/>
          <w:sz w:val="20"/>
          <w:szCs w:val="20"/>
        </w:rPr>
      </w:pPr>
      <w:r w:rsidRPr="000346EC">
        <w:rPr>
          <w:rFonts w:cstheme="majorHAnsi"/>
          <w:sz w:val="20"/>
          <w:szCs w:val="20"/>
        </w:rPr>
        <w:t>4. Resultados, metodología y dificultades</w:t>
      </w:r>
    </w:p>
    <w:p w:rsidRPr="000346EC" w:rsidR="006063D7" w:rsidRDefault="00000000" w14:paraId="323AED18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  <w:r w:rsidRPr="000346EC">
        <w:rPr>
          <w:rFonts w:asciiTheme="majorHAnsi" w:hAnsiTheme="majorHAnsi" w:cstheme="majorHAnsi"/>
          <w:sz w:val="20"/>
          <w:szCs w:val="20"/>
          <w:lang w:val="es-CL"/>
        </w:rPr>
        <w:t>Describa los principales resultados obtenidos, su relación con los objetivos y los cambios metodológicos relevantes. Incluya dificultades, medidas correctivas y resultados adicionales derivados del proyecto (no de otros proyectos).</w:t>
      </w:r>
    </w:p>
    <w:p w:rsidRPr="000346EC" w:rsidR="006063D7" w:rsidRDefault="006063D7" w14:paraId="37097AAE" w14:textId="76C22B00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4D461B45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7A0632CC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2317E6F3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063D7" w:rsidRDefault="00000000" w14:paraId="01B44619" w14:textId="77777777">
      <w:pPr>
        <w:pStyle w:val="Ttulo2"/>
        <w:rPr>
          <w:rFonts w:cstheme="majorHAnsi"/>
          <w:sz w:val="20"/>
          <w:szCs w:val="20"/>
          <w:lang w:val="es-CL"/>
        </w:rPr>
      </w:pPr>
      <w:r w:rsidRPr="000346EC">
        <w:rPr>
          <w:rFonts w:cstheme="majorHAnsi"/>
          <w:sz w:val="20"/>
          <w:szCs w:val="20"/>
          <w:lang w:val="es-CL"/>
        </w:rPr>
        <w:t>5. Modificaciones técnicas y presupuestarias</w:t>
      </w:r>
    </w:p>
    <w:p w:rsidRPr="000346EC" w:rsidR="006063D7" w:rsidRDefault="00C94854" w14:paraId="7BF1DB3C" w14:textId="794DDC93">
      <w:pPr>
        <w:rPr>
          <w:rFonts w:asciiTheme="majorHAnsi" w:hAnsiTheme="majorHAnsi" w:cstheme="majorHAnsi"/>
          <w:sz w:val="20"/>
          <w:szCs w:val="20"/>
          <w:lang w:val="es-CL"/>
        </w:rPr>
      </w:pPr>
      <w:r w:rsidRPr="000346EC">
        <w:rPr>
          <w:rFonts w:asciiTheme="majorHAnsi" w:hAnsiTheme="majorHAnsi" w:cstheme="majorHAnsi"/>
          <w:sz w:val="20"/>
          <w:szCs w:val="20"/>
          <w:lang w:val="es-CL"/>
        </w:rPr>
        <w:t>___No hubo modificaciones     ___Sí hubo modificaciones (detalle y justificación):</w:t>
      </w:r>
    </w:p>
    <w:p w:rsidRPr="000346EC" w:rsidR="006063D7" w:rsidRDefault="00000000" w14:paraId="4B5B6DAE" w14:textId="44D1B34A">
      <w:pPr>
        <w:rPr>
          <w:rFonts w:asciiTheme="majorHAnsi" w:hAnsiTheme="majorHAnsi" w:cstheme="majorHAnsi"/>
          <w:sz w:val="20"/>
          <w:szCs w:val="20"/>
          <w:lang w:val="es-CL"/>
        </w:rPr>
      </w:pPr>
      <w:r w:rsidRPr="000346EC">
        <w:rPr>
          <w:rFonts w:asciiTheme="majorHAnsi" w:hAnsiTheme="majorHAnsi" w:cstheme="majorHAnsi"/>
          <w:sz w:val="20"/>
          <w:szCs w:val="20"/>
          <w:lang w:val="es-CL"/>
        </w:rPr>
        <w:t xml:space="preserve">Indique pertinencia respecto de la propuesta financiada y efecto sobre objetivos, actividades, plazos o presupuesto. </w:t>
      </w:r>
      <w:r w:rsidRPr="000346EC" w:rsidR="00C94854">
        <w:rPr>
          <w:rFonts w:asciiTheme="majorHAnsi" w:hAnsiTheme="majorHAnsi" w:cstheme="majorHAnsi"/>
          <w:sz w:val="20"/>
          <w:szCs w:val="20"/>
          <w:lang w:val="es-CL"/>
        </w:rPr>
        <w:t>Máximo ½ pagina</w:t>
      </w:r>
    </w:p>
    <w:p w:rsidRPr="000346EC" w:rsidR="00C94854" w:rsidRDefault="00C94854" w14:paraId="65BA97B9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160E5830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78DE07C0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351DA95B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0FA1B022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0877D366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27B75140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381593EE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063D7" w:rsidRDefault="00000000" w14:paraId="0D8B7D49" w14:textId="77777777">
      <w:pPr>
        <w:pStyle w:val="Ttulo2"/>
        <w:rPr>
          <w:rFonts w:cstheme="majorHAnsi"/>
          <w:sz w:val="20"/>
          <w:szCs w:val="20"/>
          <w:lang w:val="es-CL"/>
        </w:rPr>
      </w:pPr>
      <w:r w:rsidRPr="000346EC">
        <w:rPr>
          <w:rFonts w:cstheme="majorHAnsi"/>
          <w:sz w:val="20"/>
          <w:szCs w:val="20"/>
          <w:lang w:val="es-CL"/>
        </w:rPr>
        <w:t>6. Productos y resultados verificables</w:t>
      </w:r>
    </w:p>
    <w:p w:rsidRPr="000346EC" w:rsidR="006063D7" w:rsidRDefault="00C94854" w14:paraId="3B522187" w14:textId="62AE773D">
      <w:pPr>
        <w:rPr>
          <w:rFonts w:asciiTheme="majorHAnsi" w:hAnsiTheme="majorHAnsi" w:cstheme="majorHAnsi"/>
          <w:sz w:val="20"/>
          <w:szCs w:val="20"/>
          <w:lang w:val="es-CL"/>
        </w:rPr>
      </w:pPr>
      <w:proofErr w:type="gramStart"/>
      <w:r w:rsidRPr="000346EC">
        <w:rPr>
          <w:rFonts w:asciiTheme="majorHAnsi" w:hAnsiTheme="majorHAnsi" w:cstheme="majorHAnsi"/>
          <w:sz w:val="20"/>
          <w:szCs w:val="20"/>
          <w:lang w:val="es-CL"/>
        </w:rPr>
        <w:t>Indique  solo</w:t>
      </w:r>
      <w:proofErr w:type="gramEnd"/>
      <w:r w:rsidRPr="000346EC">
        <w:rPr>
          <w:rFonts w:asciiTheme="majorHAnsi" w:hAnsiTheme="majorHAnsi" w:cstheme="majorHAnsi"/>
          <w:sz w:val="20"/>
          <w:szCs w:val="20"/>
          <w:lang w:val="es-CL"/>
        </w:rPr>
        <w:t xml:space="preserve"> productos directamente vinculados al proyecto. Adjunte respaldos disponibles y señale estado de cada producto.</w:t>
      </w:r>
    </w:p>
    <w:tbl>
      <w:tblPr>
        <w:tblStyle w:val="Sombreadoclaro-nfasis1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Pr="000346EC" w:rsidR="006063D7" w:rsidTr="09AE6D5C" w14:paraId="311206F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0346EC" w:rsidR="006063D7" w:rsidRDefault="00000000" w14:paraId="58DD00DF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346EC">
              <w:rPr>
                <w:rFonts w:asciiTheme="majorHAnsi" w:hAnsiTheme="majorHAnsi" w:cstheme="majorHAnsi"/>
                <w:sz w:val="20"/>
                <w:szCs w:val="20"/>
              </w:rPr>
              <w:t xml:space="preserve">Tipo de </w:t>
            </w:r>
            <w:proofErr w:type="spellStart"/>
            <w:r w:rsidRPr="000346EC">
              <w:rPr>
                <w:rFonts w:asciiTheme="majorHAnsi" w:hAnsiTheme="majorHAnsi" w:cstheme="majorHAnsi"/>
                <w:sz w:val="20"/>
                <w:szCs w:val="20"/>
              </w:rPr>
              <w:t>producto</w:t>
            </w:r>
            <w:proofErr w:type="spellEnd"/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0346EC" w:rsidR="006063D7" w:rsidRDefault="00000000" w14:paraId="31775A22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0346EC">
              <w:rPr>
                <w:rFonts w:asciiTheme="majorHAnsi" w:hAnsiTheme="majorHAnsi" w:cstheme="majorHAnsi"/>
                <w:sz w:val="20"/>
                <w:szCs w:val="20"/>
              </w:rPr>
              <w:t>Referencia / descripción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0346EC" w:rsidR="006063D7" w:rsidRDefault="00000000" w14:paraId="4AC98C23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  <w:szCs w:val="20"/>
              </w:rPr>
            </w:pPr>
            <w:r w:rsidRPr="000346EC">
              <w:rPr>
                <w:rFonts w:asciiTheme="majorHAnsi" w:hAnsiTheme="majorHAnsi" w:cstheme="majorHAnsi"/>
                <w:sz w:val="20"/>
                <w:szCs w:val="20"/>
              </w:rPr>
              <w:t>Estado / respaldo</w:t>
            </w:r>
          </w:p>
        </w:tc>
      </w:tr>
      <w:tr w:rsidRPr="000346EC" w:rsidR="006063D7" w:rsidTr="09AE6D5C" w14:paraId="70B10D6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0346EC" w:rsidR="006063D7" w:rsidP="09AE6D5C" w:rsidRDefault="00000000" w14:paraId="1BA2DD72" w14:textId="77777777">
            <w:pPr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 w:rsidRPr="09AE6D5C" w:rsidR="534014B7"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  <w:t>Publicaciones WOS/Scopus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0346EC" w:rsidR="006063D7" w:rsidP="09AE6D5C" w:rsidRDefault="00000000" w14:paraId="5216277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0346EC" w:rsidR="006063D7" w:rsidP="09AE6D5C" w:rsidRDefault="00000000" w14:paraId="36F50441" w14:textId="021F7D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9AE6D5C" w:rsidR="6B1DB557">
              <w:rPr>
                <w:color w:val="auto"/>
              </w:rPr>
              <w:t>Ejemplo: Pa</w:t>
            </w:r>
            <w:r w:rsidRPr="09AE6D5C" w:rsidR="6B1DB557">
              <w:rPr>
                <w:color w:val="auto"/>
              </w:rPr>
              <w:t>per publi</w:t>
            </w:r>
            <w:r w:rsidRPr="09AE6D5C" w:rsidR="6B1DB557">
              <w:rPr>
                <w:color w:val="auto"/>
              </w:rPr>
              <w:t>cad</w:t>
            </w:r>
            <w:r w:rsidRPr="09AE6D5C" w:rsidR="6B1DB557">
              <w:rPr>
                <w:color w:val="auto"/>
              </w:rPr>
              <w:t>o o docum</w:t>
            </w:r>
            <w:r w:rsidRPr="09AE6D5C" w:rsidR="6B1DB557">
              <w:rPr>
                <w:color w:val="auto"/>
              </w:rPr>
              <w:t>e</w:t>
            </w:r>
            <w:r w:rsidRPr="09AE6D5C" w:rsidR="6B1DB557">
              <w:rPr>
                <w:color w:val="auto"/>
              </w:rPr>
              <w:t>nto adj</w:t>
            </w:r>
            <w:r w:rsidRPr="09AE6D5C" w:rsidR="6B1DB557">
              <w:rPr>
                <w:color w:val="auto"/>
              </w:rPr>
              <w:t>unto</w:t>
            </w:r>
          </w:p>
        </w:tc>
      </w:tr>
      <w:tr w:rsidRPr="000346EC" w:rsidR="006063D7" w:rsidTr="09AE6D5C" w14:paraId="115033F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0346EC" w:rsidR="006063D7" w:rsidP="09AE6D5C" w:rsidRDefault="00000000" w14:paraId="535BEF73" w14:textId="77777777">
            <w:pPr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 w:rsidRPr="09AE6D5C" w:rsidR="534014B7"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  <w:t>Manuscritos / capítulos / libros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0346EC" w:rsidR="006063D7" w:rsidP="09AE6D5C" w:rsidRDefault="00000000" w14:paraId="08FDF01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0346EC" w:rsidR="006063D7" w:rsidP="09AE6D5C" w:rsidRDefault="00000000" w14:paraId="10F13A24" w14:textId="26572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 w:rsidRPr="09AE6D5C" w:rsidR="77CB1726">
              <w:rPr>
                <w:color w:val="auto"/>
              </w:rPr>
              <w:t xml:space="preserve">Ejemplo: </w:t>
            </w:r>
            <w:r w:rsidRPr="09AE6D5C" w:rsidR="3B3CE022">
              <w:rPr>
                <w:color w:val="auto"/>
              </w:rPr>
              <w:t>Enviado a revisión</w:t>
            </w:r>
            <w:r>
              <w:br/>
            </w:r>
          </w:p>
        </w:tc>
      </w:tr>
      <w:tr w:rsidRPr="000346EC" w:rsidR="006063D7" w:rsidTr="09AE6D5C" w14:paraId="2FD02F1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0346EC" w:rsidR="006063D7" w:rsidP="09AE6D5C" w:rsidRDefault="00000000" w14:paraId="4CE78AF6" w14:textId="77777777">
            <w:pPr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 w:rsidRPr="09AE6D5C" w:rsidR="534014B7"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  <w:t>Congresos / difusión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0346EC" w:rsidR="006063D7" w:rsidP="09AE6D5C" w:rsidRDefault="00000000" w14:paraId="69CAEA9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0346EC" w:rsidR="006063D7" w:rsidP="09AE6D5C" w:rsidRDefault="00000000" w14:paraId="289679E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>
              <w:br/>
            </w:r>
          </w:p>
        </w:tc>
      </w:tr>
      <w:tr w:rsidRPr="000346EC" w:rsidR="006063D7" w:rsidTr="09AE6D5C" w14:paraId="7074724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0346EC" w:rsidR="006063D7" w:rsidP="09AE6D5C" w:rsidRDefault="00000000" w14:paraId="60AC90AD" w14:textId="77777777">
            <w:pPr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 w:rsidRPr="09AE6D5C" w:rsidR="534014B7"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  <w:t>Tesis / formación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0346EC" w:rsidR="006063D7" w:rsidP="09AE6D5C" w:rsidRDefault="00000000" w14:paraId="5737239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Mar/>
          </w:tcPr>
          <w:p w:rsidRPr="000346EC" w:rsidR="006063D7" w:rsidP="09AE6D5C" w:rsidRDefault="00000000" w14:paraId="795C995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>
              <w:br/>
            </w:r>
          </w:p>
        </w:tc>
      </w:tr>
      <w:tr w:rsidRPr="000346EC" w:rsidR="006063D7" w:rsidTr="09AE6D5C" w14:paraId="1F97141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0346EC" w:rsidR="006063D7" w:rsidP="09AE6D5C" w:rsidRDefault="00000000" w14:paraId="3E500FFD" w14:textId="77777777">
            <w:pPr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 w:rsidRPr="09AE6D5C" w:rsidR="534014B7"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  <w:t>Otros productos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0346EC" w:rsidR="006063D7" w:rsidP="09AE6D5C" w:rsidRDefault="00000000" w14:paraId="208237C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>
              <w:br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12" w:type="dxa"/>
            <w:tcBorders>
              <w:left w:val="none" w:color="auto" w:sz="0" w:space="0"/>
              <w:right w:val="none" w:color="auto" w:sz="0" w:space="0"/>
            </w:tcBorders>
            <w:tcMar/>
          </w:tcPr>
          <w:p w:rsidRPr="000346EC" w:rsidR="006063D7" w:rsidP="09AE6D5C" w:rsidRDefault="00000000" w14:paraId="3EA3739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 w:asciiTheme="majorAscii" w:hAnsiTheme="majorAscii" w:cstheme="majorAscii"/>
                <w:color w:val="auto"/>
                <w:sz w:val="20"/>
                <w:szCs w:val="20"/>
              </w:rPr>
            </w:pPr>
            <w:r>
              <w:br/>
            </w:r>
          </w:p>
        </w:tc>
      </w:tr>
    </w:tbl>
    <w:p w:rsidRPr="000346EC" w:rsidR="006063D7" w:rsidRDefault="00000000" w14:paraId="01EAB031" w14:textId="6813BBE2">
      <w:pPr>
        <w:pStyle w:val="Ttulo2"/>
      </w:pPr>
      <w:r w:rsidRPr="09AE6D5C" w:rsidR="534014B7">
        <w:rPr>
          <w:rFonts w:cs="Calibri" w:cstheme="majorAscii"/>
          <w:sz w:val="20"/>
          <w:szCs w:val="20"/>
          <w:lang w:val="es-CL"/>
        </w:rPr>
        <w:t>7. Postulaciones a financiamiento externo (NUC y REG/JM/CBC)</w:t>
      </w:r>
      <w:r w:rsidRPr="09AE6D5C" w:rsidR="2F2BAE17">
        <w:rPr>
          <w:rFonts w:cs="Calibri" w:cstheme="majorAscii"/>
          <w:sz w:val="20"/>
          <w:szCs w:val="20"/>
          <w:lang w:val="es-CL"/>
        </w:rPr>
        <w:t xml:space="preserve"> </w:t>
      </w:r>
      <w:r w:rsidRPr="09AE6D5C" w:rsidR="2F2BAE17">
        <w:rPr>
          <w:rFonts w:cs="Calibri" w:cstheme="majorAscii"/>
          <w:sz w:val="20"/>
          <w:szCs w:val="20"/>
          <w:u w:val="single"/>
          <w:lang w:val="es-CL"/>
        </w:rPr>
        <w:t>Solo rellenar cuando corresponda informe final.</w:t>
      </w:r>
    </w:p>
    <w:p w:rsidRPr="000346EC" w:rsidR="006063D7" w:rsidP="09AE6D5C" w:rsidRDefault="00000000" w14:paraId="2376089E" w14:textId="3D1C5E9A">
      <w:pPr>
        <w:jc w:val="both"/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</w:pPr>
      <w:r w:rsidRPr="09AE6D5C" w:rsidR="534014B7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Nombre del fondo y convocatoria,</w:t>
      </w:r>
      <w:r w:rsidRPr="09AE6D5C" w:rsidR="03260EA9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 f</w:t>
      </w:r>
      <w:r w:rsidRPr="09AE6D5C" w:rsidR="534014B7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echa, código o comprobante de postulación, duración y financiamiento anual solicitado</w:t>
      </w:r>
      <w:r w:rsidRPr="09AE6D5C" w:rsidR="0D076B73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, si la </w:t>
      </w:r>
      <w:r w:rsidRPr="09AE6D5C" w:rsidR="07A1021E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postulación</w:t>
      </w:r>
      <w:r w:rsidRPr="09AE6D5C" w:rsidR="0D076B73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 no se ha concretado al momento de enviar el informe debe detallar cual o cuales son los posibles financiamientos a los que postulará, este producto quedará en estado "pendiente" hasta que se concrete la postulación</w:t>
      </w:r>
      <w:r w:rsidRPr="09AE6D5C" w:rsidR="3AC11FD0">
        <w:rPr>
          <w:rFonts w:ascii="Calibri" w:hAnsi="Calibri" w:cs="Calibri" w:asciiTheme="majorAscii" w:hAnsiTheme="majorAscii" w:cstheme="majorAscii"/>
          <w:sz w:val="20"/>
          <w:szCs w:val="20"/>
          <w:u w:val="single"/>
          <w:lang w:val="es-CL"/>
        </w:rPr>
        <w:t xml:space="preserve">. </w:t>
      </w:r>
    </w:p>
    <w:p w:rsidRPr="000346EC" w:rsidR="006063D7" w:rsidRDefault="006063D7" w14:paraId="1A66D7C8" w14:textId="4BB0975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5197085A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671BC69C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09F8A336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A131D" w:rsidRDefault="006A131D" w14:paraId="095AA3E0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063D7" w:rsidRDefault="006A131D" w14:paraId="3C9F41BC" w14:textId="351012A7">
      <w:pPr>
        <w:pStyle w:val="Ttulo2"/>
        <w:rPr>
          <w:rFonts w:cstheme="majorHAnsi"/>
          <w:sz w:val="20"/>
          <w:szCs w:val="20"/>
          <w:lang w:val="es-CL"/>
        </w:rPr>
      </w:pPr>
      <w:r w:rsidRPr="000346EC">
        <w:rPr>
          <w:rFonts w:cstheme="majorHAnsi"/>
          <w:sz w:val="20"/>
          <w:szCs w:val="20"/>
          <w:lang w:val="es-CL"/>
        </w:rPr>
        <w:t>8</w:t>
      </w:r>
      <w:r w:rsidRPr="000346EC">
        <w:rPr>
          <w:rFonts w:cstheme="majorHAnsi"/>
          <w:sz w:val="20"/>
          <w:szCs w:val="20"/>
          <w:lang w:val="es-CL"/>
        </w:rPr>
        <w:t>. Declaración y firmas</w:t>
      </w:r>
    </w:p>
    <w:p w:rsidRPr="000346EC" w:rsidR="006063D7" w:rsidRDefault="00000000" w14:paraId="44A9A1CA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  <w:r w:rsidRPr="000346EC">
        <w:rPr>
          <w:rFonts w:asciiTheme="majorHAnsi" w:hAnsiTheme="majorHAnsi" w:cstheme="majorHAnsi"/>
          <w:sz w:val="20"/>
          <w:szCs w:val="20"/>
          <w:lang w:val="es-CL"/>
        </w:rPr>
        <w:t>Declaro que la información reportada corresponde a actividades y productos del proyecto identificado y que los antecedentes acompañados son verificables.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912"/>
      </w:tblGrid>
      <w:tr w:rsidRPr="000346EC" w:rsidR="006063D7" w:rsidTr="006A131D" w14:paraId="136C1FA3" w14:textId="77777777">
        <w:tc>
          <w:tcPr>
            <w:tcW w:w="2880" w:type="dxa"/>
            <w:vAlign w:val="center"/>
          </w:tcPr>
          <w:p w:rsidRPr="000346EC" w:rsidR="006063D7" w:rsidRDefault="00000000" w14:paraId="3AB089B7" w14:textId="1CFE9173">
            <w:pPr>
              <w:spacing w:after="40"/>
              <w:rPr>
                <w:rFonts w:asciiTheme="majorHAnsi" w:hAnsiTheme="majorHAnsi" w:cstheme="majorHAnsi"/>
                <w:sz w:val="20"/>
                <w:szCs w:val="20"/>
                <w:lang w:val="es-CL"/>
              </w:rPr>
            </w:pPr>
            <w:r w:rsidRPr="000346EC">
              <w:rPr>
                <w:rFonts w:asciiTheme="majorHAnsi" w:hAnsiTheme="majorHAnsi" w:cstheme="majorHAnsi"/>
                <w:sz w:val="20"/>
                <w:szCs w:val="20"/>
                <w:lang w:val="es-CL"/>
              </w:rPr>
              <w:t xml:space="preserve">Nombre y firma responsable </w:t>
            </w:r>
          </w:p>
        </w:tc>
        <w:tc>
          <w:tcPr>
            <w:tcW w:w="6912" w:type="dxa"/>
            <w:vAlign w:val="center"/>
          </w:tcPr>
          <w:p w:rsidRPr="000346EC" w:rsidR="006063D7" w:rsidRDefault="006063D7" w14:paraId="21A00853" w14:textId="77777777">
            <w:pPr>
              <w:spacing w:after="40"/>
              <w:rPr>
                <w:rFonts w:asciiTheme="majorHAnsi" w:hAnsiTheme="majorHAnsi" w:cstheme="majorHAnsi"/>
                <w:sz w:val="20"/>
                <w:szCs w:val="20"/>
                <w:lang w:val="es-CL"/>
              </w:rPr>
            </w:pPr>
          </w:p>
        </w:tc>
      </w:tr>
      <w:tr w:rsidRPr="000346EC" w:rsidR="006063D7" w:rsidTr="006A131D" w14:paraId="101C6436" w14:textId="77777777">
        <w:tc>
          <w:tcPr>
            <w:tcW w:w="2880" w:type="dxa"/>
            <w:vAlign w:val="center"/>
          </w:tcPr>
          <w:p w:rsidRPr="000346EC" w:rsidR="006063D7" w:rsidRDefault="00000000" w14:paraId="3A9833A9" w14:textId="27320FEA">
            <w:pPr>
              <w:spacing w:after="40"/>
              <w:rPr>
                <w:rFonts w:asciiTheme="majorHAnsi" w:hAnsiTheme="majorHAnsi" w:cstheme="majorHAnsi"/>
                <w:sz w:val="20"/>
                <w:szCs w:val="20"/>
                <w:lang w:val="es-CL"/>
              </w:rPr>
            </w:pPr>
            <w:r w:rsidRPr="000346EC">
              <w:rPr>
                <w:rFonts w:asciiTheme="majorHAnsi" w:hAnsiTheme="majorHAnsi" w:cstheme="majorHAnsi"/>
                <w:sz w:val="20"/>
                <w:szCs w:val="20"/>
                <w:lang w:val="es-CL"/>
              </w:rPr>
              <w:t xml:space="preserve">Nombre y firma </w:t>
            </w:r>
            <w:r w:rsidRPr="000346EC" w:rsidR="006A131D">
              <w:rPr>
                <w:rFonts w:asciiTheme="majorHAnsi" w:hAnsiTheme="majorHAnsi" w:cstheme="majorHAnsi"/>
                <w:sz w:val="20"/>
                <w:szCs w:val="20"/>
                <w:lang w:val="es-CL"/>
              </w:rPr>
              <w:t>coinvestigadores</w:t>
            </w:r>
            <w:r w:rsidRPr="000346EC">
              <w:rPr>
                <w:rFonts w:asciiTheme="majorHAnsi" w:hAnsiTheme="majorHAnsi" w:cstheme="majorHAnsi"/>
                <w:sz w:val="20"/>
                <w:szCs w:val="20"/>
                <w:lang w:val="es-CL"/>
              </w:rPr>
              <w:t xml:space="preserve"> (si aplica)</w:t>
            </w:r>
          </w:p>
        </w:tc>
        <w:tc>
          <w:tcPr>
            <w:tcW w:w="6912" w:type="dxa"/>
            <w:vAlign w:val="center"/>
          </w:tcPr>
          <w:p w:rsidRPr="000346EC" w:rsidR="006063D7" w:rsidRDefault="006063D7" w14:paraId="7C02BD12" w14:textId="77777777">
            <w:pPr>
              <w:spacing w:after="40"/>
              <w:rPr>
                <w:rFonts w:asciiTheme="majorHAnsi" w:hAnsiTheme="majorHAnsi" w:cstheme="majorHAnsi"/>
                <w:sz w:val="20"/>
                <w:szCs w:val="20"/>
                <w:lang w:val="es-CL"/>
              </w:rPr>
            </w:pPr>
          </w:p>
        </w:tc>
      </w:tr>
      <w:tr w:rsidRPr="000346EC" w:rsidR="006063D7" w:rsidTr="006A131D" w14:paraId="48B0DD39" w14:textId="77777777">
        <w:tc>
          <w:tcPr>
            <w:tcW w:w="2880" w:type="dxa"/>
            <w:vAlign w:val="center"/>
          </w:tcPr>
          <w:p w:rsidRPr="000346EC" w:rsidR="006063D7" w:rsidRDefault="00000000" w14:paraId="2C3D2B15" w14:textId="77777777">
            <w:pPr>
              <w:spacing w:after="4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346EC">
              <w:rPr>
                <w:rFonts w:asciiTheme="majorHAnsi" w:hAnsiTheme="majorHAnsi" w:cstheme="majorHAnsi"/>
                <w:sz w:val="20"/>
                <w:szCs w:val="20"/>
              </w:rPr>
              <w:t>Fecha</w:t>
            </w:r>
            <w:proofErr w:type="spellEnd"/>
          </w:p>
        </w:tc>
        <w:tc>
          <w:tcPr>
            <w:tcW w:w="6912" w:type="dxa"/>
            <w:vAlign w:val="center"/>
          </w:tcPr>
          <w:p w:rsidRPr="000346EC" w:rsidR="006063D7" w:rsidRDefault="006063D7" w14:paraId="41AA98B3" w14:textId="77777777">
            <w:pPr>
              <w:spacing w:after="4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Pr="000346EC" w:rsidR="006A131D" w:rsidRDefault="006A131D" w14:paraId="273967FF" w14:textId="77777777">
      <w:pPr>
        <w:rPr>
          <w:rFonts w:asciiTheme="majorHAnsi" w:hAnsiTheme="majorHAnsi" w:cstheme="majorHAnsi"/>
          <w:sz w:val="20"/>
          <w:szCs w:val="20"/>
          <w:lang w:val="es-CL"/>
        </w:rPr>
      </w:pPr>
    </w:p>
    <w:p w:rsidRPr="000346EC" w:rsidR="006063D7" w:rsidP="09AE6D5C" w:rsidRDefault="00000000" w14:paraId="7BD48F75" w14:textId="34BFAA40">
      <w:pPr>
        <w:jc w:val="both"/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</w:pPr>
      <w:r w:rsidRPr="09AE6D5C" w:rsidR="534014B7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Envío de informes según bases: </w:t>
      </w:r>
      <w:hyperlink r:id="R3a2cbfdf36394441">
        <w:r w:rsidRPr="09AE6D5C" w:rsidR="534014B7">
          <w:rPr>
            <w:rStyle w:val="Hyperlink"/>
            <w:lang w:val="es-CL"/>
          </w:rPr>
          <w:t>dir.investigacion@unab.cl</w:t>
        </w:r>
      </w:hyperlink>
      <w:r w:rsidRPr="09AE6D5C" w:rsidR="534014B7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 </w:t>
      </w:r>
      <w:r w:rsidRPr="09AE6D5C" w:rsidR="3DA159F0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 xml:space="preserve"> </w:t>
      </w:r>
      <w:r w:rsidRPr="09AE6D5C" w:rsidR="534014B7">
        <w:rPr>
          <w:rFonts w:ascii="Calibri" w:hAnsi="Calibri" w:cs="Calibri" w:asciiTheme="majorAscii" w:hAnsiTheme="majorAscii" w:cstheme="majorAscii"/>
          <w:sz w:val="20"/>
          <w:szCs w:val="20"/>
          <w:lang w:val="es-CL"/>
        </w:rPr>
        <w:t>Verifique además las fechas y condiciones particulares del acuerdo de financiamiento.</w:t>
      </w:r>
    </w:p>
    <w:sectPr w:rsidRPr="000346EC" w:rsidR="006063D7" w:rsidSect="000346EC">
      <w:headerReference w:type="default" r:id="rId8"/>
      <w:pgSz w:w="12240" w:h="15840" w:orient="portrait"/>
      <w:pgMar w:top="2028" w:right="1152" w:bottom="936" w:left="1152" w:header="1009" w:footer="720" w:gutter="0"/>
      <w:cols w:space="720"/>
      <w:docGrid w:linePitch="360"/>
      <w:footerReference w:type="default" r:id="R73ca1fb4c08140c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30565" w:rsidP="000346EC" w:rsidRDefault="00F30565" w14:paraId="4FC67962" w14:textId="77777777">
      <w:pPr>
        <w:spacing w:after="0" w:line="240" w:lineRule="auto"/>
      </w:pPr>
      <w:r>
        <w:separator/>
      </w:r>
    </w:p>
  </w:endnote>
  <w:endnote w:type="continuationSeparator" w:id="0">
    <w:p w:rsidR="00F30565" w:rsidP="000346EC" w:rsidRDefault="00F30565" w14:paraId="7DEBCC3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3310"/>
      <w:gridCol w:w="3310"/>
      <w:gridCol w:w="3310"/>
    </w:tblGrid>
    <w:tr w:rsidR="09AE6D5C" w:rsidTr="09AE6D5C" w14:paraId="60439866">
      <w:trPr>
        <w:trHeight w:val="300"/>
      </w:trPr>
      <w:tc>
        <w:tcPr>
          <w:tcW w:w="3310" w:type="dxa"/>
          <w:tcMar/>
        </w:tcPr>
        <w:p w:rsidR="09AE6D5C" w:rsidP="09AE6D5C" w:rsidRDefault="09AE6D5C" w14:paraId="4FCC53C1" w14:textId="1ECF4663">
          <w:pPr>
            <w:pStyle w:val="Encabezado"/>
            <w:bidi w:val="0"/>
            <w:ind w:left="-115"/>
            <w:jc w:val="left"/>
          </w:pPr>
        </w:p>
      </w:tc>
      <w:tc>
        <w:tcPr>
          <w:tcW w:w="3310" w:type="dxa"/>
          <w:tcMar/>
        </w:tcPr>
        <w:p w:rsidR="09AE6D5C" w:rsidP="09AE6D5C" w:rsidRDefault="09AE6D5C" w14:paraId="7A64106F" w14:textId="650216AD">
          <w:pPr>
            <w:pStyle w:val="Encabezado"/>
            <w:bidi w:val="0"/>
            <w:jc w:val="center"/>
          </w:pPr>
        </w:p>
      </w:tc>
      <w:tc>
        <w:tcPr>
          <w:tcW w:w="3310" w:type="dxa"/>
          <w:tcMar/>
        </w:tcPr>
        <w:p w:rsidR="09AE6D5C" w:rsidP="09AE6D5C" w:rsidRDefault="09AE6D5C" w14:paraId="25343A07" w14:textId="3542F0BC">
          <w:pPr>
            <w:pStyle w:val="Encabezado"/>
            <w:bidi w:val="0"/>
            <w:ind w:right="-115"/>
            <w:jc w:val="right"/>
          </w:pPr>
        </w:p>
      </w:tc>
    </w:tr>
  </w:tbl>
  <w:p w:rsidR="09AE6D5C" w:rsidP="09AE6D5C" w:rsidRDefault="09AE6D5C" w14:paraId="00D1B993" w14:textId="4C90AB37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30565" w:rsidP="000346EC" w:rsidRDefault="00F30565" w14:paraId="2F2E1157" w14:textId="77777777">
      <w:pPr>
        <w:spacing w:after="0" w:line="240" w:lineRule="auto"/>
      </w:pPr>
      <w:r>
        <w:separator/>
      </w:r>
    </w:p>
  </w:footnote>
  <w:footnote w:type="continuationSeparator" w:id="0">
    <w:p w:rsidR="00F30565" w:rsidP="000346EC" w:rsidRDefault="00F30565" w14:paraId="08938FB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0346EC" w:rsidP="09AE6D5C" w:rsidRDefault="000346EC" w14:paraId="69611466" w14:textId="4A4BBF35">
    <w:pPr>
      <w:pStyle w:val="Encabezado"/>
      <w:jc w:val="center"/>
    </w:pPr>
    <w:r w:rsidR="09AE6D5C">
      <w:drawing>
        <wp:inline wp14:editId="6A329D76" wp14:anchorId="215E4F68">
          <wp:extent cx="908922" cy="766482"/>
          <wp:effectExtent l="0" t="0" r="0" b="0"/>
          <wp:docPr id="2022908789" name="Imagen 1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964275690" name="Imagen 196427569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08922" cy="7664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604074641">
    <w:abstractNumId w:val="8"/>
  </w:num>
  <w:num w:numId="2" w16cid:durableId="1990161114">
    <w:abstractNumId w:val="6"/>
  </w:num>
  <w:num w:numId="3" w16cid:durableId="1768229538">
    <w:abstractNumId w:val="5"/>
  </w:num>
  <w:num w:numId="4" w16cid:durableId="1855070146">
    <w:abstractNumId w:val="4"/>
  </w:num>
  <w:num w:numId="5" w16cid:durableId="1193303488">
    <w:abstractNumId w:val="7"/>
  </w:num>
  <w:num w:numId="6" w16cid:durableId="505628947">
    <w:abstractNumId w:val="3"/>
  </w:num>
  <w:num w:numId="7" w16cid:durableId="1022512516">
    <w:abstractNumId w:val="2"/>
  </w:num>
  <w:num w:numId="8" w16cid:durableId="2088068311">
    <w:abstractNumId w:val="1"/>
  </w:num>
  <w:num w:numId="9" w16cid:durableId="147522068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8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000"/>
    <w:rsid w:val="00034616"/>
    <w:rsid w:val="000346EC"/>
    <w:rsid w:val="0006063C"/>
    <w:rsid w:val="0015074B"/>
    <w:rsid w:val="0029639D"/>
    <w:rsid w:val="002C0C6D"/>
    <w:rsid w:val="00326F90"/>
    <w:rsid w:val="003B3B3E"/>
    <w:rsid w:val="006063D7"/>
    <w:rsid w:val="006A131D"/>
    <w:rsid w:val="00AA1D8D"/>
    <w:rsid w:val="00B47730"/>
    <w:rsid w:val="00C94854"/>
    <w:rsid w:val="00CB0664"/>
    <w:rsid w:val="00F30565"/>
    <w:rsid w:val="00FC693F"/>
    <w:rsid w:val="01EFE985"/>
    <w:rsid w:val="020CE784"/>
    <w:rsid w:val="03260EA9"/>
    <w:rsid w:val="073921A0"/>
    <w:rsid w:val="07A1021E"/>
    <w:rsid w:val="09AE6D5C"/>
    <w:rsid w:val="0D076B73"/>
    <w:rsid w:val="12652E34"/>
    <w:rsid w:val="1310B0F6"/>
    <w:rsid w:val="13255ADC"/>
    <w:rsid w:val="1B84CC4D"/>
    <w:rsid w:val="1F506832"/>
    <w:rsid w:val="2170AD98"/>
    <w:rsid w:val="2206851D"/>
    <w:rsid w:val="221ABE7B"/>
    <w:rsid w:val="23942519"/>
    <w:rsid w:val="2544CB30"/>
    <w:rsid w:val="26B0BB60"/>
    <w:rsid w:val="2B9C2A8F"/>
    <w:rsid w:val="2F2BAE17"/>
    <w:rsid w:val="300A1667"/>
    <w:rsid w:val="3AC11FD0"/>
    <w:rsid w:val="3B3CE022"/>
    <w:rsid w:val="3DA159F0"/>
    <w:rsid w:val="42D11E9C"/>
    <w:rsid w:val="42DC93AF"/>
    <w:rsid w:val="44628531"/>
    <w:rsid w:val="49DED93F"/>
    <w:rsid w:val="534014B7"/>
    <w:rsid w:val="567B57DA"/>
    <w:rsid w:val="6B1DB557"/>
    <w:rsid w:val="6E5CEB9F"/>
    <w:rsid w:val="6F6AE58C"/>
    <w:rsid w:val="73D86301"/>
    <w:rsid w:val="77CB1726"/>
    <w:rsid w:val="7C4B36F2"/>
    <w:rsid w:val="7E54D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11ADBC"/>
  <w14:defaultImageDpi w14:val="300"/>
  <w15:docId w15:val="{91AE6576-4224-49EA-A513-76D42BB0BE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11375B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11375B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uiPriority w:val="99"/>
    <w:name w:val="Hyperlink"/>
    <w:basedOn w:val="Fuentedeprrafopredeter"/>
    <w:unhideWhenUsed/>
    <w:rsid w:val="09AE6D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yperlink" Target="mailto:dir.investigacion@unab.cl" TargetMode="External" Id="R3a2cbfdf36394441" /><Relationship Type="http://schemas.openxmlformats.org/officeDocument/2006/relationships/footer" Target="footer.xml" Id="R73ca1fb4c08140c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38D15D-4DB9-44F5-A1FD-1EEF3002DB95}"/>
</file>

<file path=customXml/itemProps3.xml><?xml version="1.0" encoding="utf-8"?>
<ds:datastoreItem xmlns:ds="http://schemas.openxmlformats.org/officeDocument/2006/customXml" ds:itemID="{1C71DB5D-3338-4D8C-A16D-C29A8ABC079B}"/>
</file>

<file path=customXml/itemProps4.xml><?xml version="1.0" encoding="utf-8"?>
<ds:datastoreItem xmlns:ds="http://schemas.openxmlformats.org/officeDocument/2006/customXml" ds:itemID="{874B2D09-EB8D-4F10-978C-401C3A8FEC9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paula.lara@unab.cl</dc:creator>
  <keywords/>
  <dc:description>generated by python-docx</dc:description>
  <lastModifiedBy>Paula Belén Lara Rojas</lastModifiedBy>
  <revision>7</revision>
  <dcterms:created xsi:type="dcterms:W3CDTF">2013-12-23T23:15:00.0000000Z</dcterms:created>
  <dcterms:modified xsi:type="dcterms:W3CDTF">2026-10-28T18:53:05.7970652Z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</Properties>
</file>