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6995" w:rsidRDefault="00576995" w14:paraId="4FD9E340" w14:textId="77777777">
      <w:pPr>
        <w:jc w:val="center"/>
        <w:rPr>
          <w:rFonts w:asciiTheme="majorHAnsi" w:hAnsiTheme="majorHAnsi" w:cstheme="majorHAnsi"/>
          <w:b/>
          <w:sz w:val="22"/>
          <w:lang w:val="es-CL"/>
        </w:rPr>
      </w:pPr>
    </w:p>
    <w:p w:rsidRPr="00576995" w:rsidR="006063D7" w:rsidRDefault="00000000" w14:paraId="08FB26A5" w14:textId="26A62B5A">
      <w:pPr>
        <w:jc w:val="center"/>
        <w:rPr>
          <w:rFonts w:asciiTheme="majorHAnsi" w:hAnsiTheme="majorHAnsi" w:cstheme="majorHAnsi"/>
          <w:sz w:val="24"/>
          <w:szCs w:val="24"/>
          <w:lang w:val="es-CL"/>
        </w:rPr>
      </w:pPr>
      <w:r w:rsidRPr="00576995">
        <w:rPr>
          <w:rFonts w:asciiTheme="majorHAnsi" w:hAnsiTheme="majorHAnsi" w:cstheme="majorHAnsi"/>
          <w:b/>
          <w:sz w:val="24"/>
          <w:szCs w:val="24"/>
          <w:lang w:val="es-CL"/>
        </w:rPr>
        <w:t>VICERRECTORÍA DE INVESTIGACIÓN Y DOCTORADO</w:t>
      </w:r>
      <w:r w:rsidRPr="00576995">
        <w:rPr>
          <w:rFonts w:asciiTheme="majorHAnsi" w:hAnsiTheme="majorHAnsi" w:cstheme="majorHAnsi"/>
          <w:b/>
          <w:sz w:val="24"/>
          <w:szCs w:val="24"/>
          <w:lang w:val="es-CL"/>
        </w:rPr>
        <w:br/>
      </w:r>
      <w:r w:rsidRPr="00576995">
        <w:rPr>
          <w:rFonts w:asciiTheme="majorHAnsi" w:hAnsiTheme="majorHAnsi" w:cstheme="majorHAnsi"/>
          <w:b/>
          <w:sz w:val="24"/>
          <w:szCs w:val="24"/>
          <w:lang w:val="es-CL"/>
        </w:rPr>
        <w:t>DIRECCIÓN GENERAL DE INVESTIGACIÓN</w:t>
      </w:r>
    </w:p>
    <w:p w:rsidRPr="00576995" w:rsidR="006063D7" w:rsidRDefault="00000000" w14:paraId="260638A6" w14:textId="1F919710">
      <w:pPr>
        <w:jc w:val="center"/>
        <w:rPr>
          <w:rFonts w:asciiTheme="majorHAnsi" w:hAnsiTheme="majorHAnsi" w:cstheme="majorHAnsi"/>
          <w:sz w:val="24"/>
          <w:szCs w:val="24"/>
          <w:lang w:val="es-CL"/>
        </w:rPr>
      </w:pPr>
      <w:r w:rsidRPr="00576995">
        <w:rPr>
          <w:rFonts w:asciiTheme="majorHAnsi" w:hAnsiTheme="majorHAnsi" w:cstheme="majorHAnsi"/>
          <w:b/>
          <w:color w:val="11375B"/>
          <w:sz w:val="24"/>
          <w:szCs w:val="24"/>
          <w:lang w:val="es-CL"/>
        </w:rPr>
        <w:t>FORMULARIO ÚNICO DE INFORME TÉCNICO</w:t>
      </w:r>
      <w:r w:rsidRPr="00576995">
        <w:rPr>
          <w:rFonts w:asciiTheme="majorHAnsi" w:hAnsiTheme="majorHAnsi" w:cstheme="majorHAnsi"/>
          <w:b/>
          <w:color w:val="11375B"/>
          <w:sz w:val="24"/>
          <w:szCs w:val="24"/>
          <w:lang w:val="es-CL"/>
        </w:rPr>
        <w:br/>
      </w:r>
      <w:r w:rsidRPr="00576995">
        <w:rPr>
          <w:rFonts w:asciiTheme="majorHAnsi" w:hAnsiTheme="majorHAnsi" w:cstheme="majorHAnsi"/>
          <w:b/>
          <w:color w:val="11375B"/>
          <w:sz w:val="24"/>
          <w:szCs w:val="24"/>
          <w:lang w:val="es-CL"/>
        </w:rPr>
        <w:t>PROYECTOS INTERNOS</w:t>
      </w:r>
      <w:r w:rsidRPr="00576995" w:rsidR="00576995">
        <w:rPr>
          <w:rFonts w:asciiTheme="majorHAnsi" w:hAnsiTheme="majorHAnsi" w:cstheme="majorHAnsi"/>
          <w:b/>
          <w:color w:val="11375B"/>
          <w:sz w:val="24"/>
          <w:szCs w:val="24"/>
          <w:lang w:val="es-CL"/>
        </w:rPr>
        <w:t xml:space="preserve"> DE ESTUDIANTES</w:t>
      </w:r>
      <w:r w:rsidRPr="00576995">
        <w:rPr>
          <w:rFonts w:asciiTheme="majorHAnsi" w:hAnsiTheme="majorHAnsi" w:cstheme="majorHAnsi"/>
          <w:b/>
          <w:color w:val="11375B"/>
          <w:sz w:val="24"/>
          <w:szCs w:val="24"/>
          <w:lang w:val="es-CL"/>
        </w:rPr>
        <w:t xml:space="preserve"> UNAB </w:t>
      </w:r>
    </w:p>
    <w:p w:rsidR="006063D7" w:rsidP="00576995" w:rsidRDefault="00000000" w14:paraId="57B7EE54" w14:textId="6BA22C5C">
      <w:pPr>
        <w:jc w:val="both"/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>Instrucciones: marque el concurso y tipo de informe que corresponda. Complete las secciones pertinentes al período informado. En informes de avance utilice el resumen de una página; para el informe final complete los resultados y productos acumulados del proyecto.</w:t>
      </w:r>
    </w:p>
    <w:p w:rsidRPr="00576995" w:rsidR="00576995" w:rsidP="00576995" w:rsidRDefault="00576995" w14:paraId="79D4D2ED" w14:textId="77777777">
      <w:pPr>
        <w:jc w:val="both"/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6063D7" w:rsidRDefault="00000000" w14:paraId="463EE4EE" w14:textId="77777777">
      <w:pPr>
        <w:pStyle w:val="Ttulo2"/>
        <w:rPr>
          <w:rFonts w:cstheme="majorHAnsi"/>
          <w:sz w:val="20"/>
          <w:szCs w:val="20"/>
          <w:lang w:val="es-CL"/>
        </w:rPr>
      </w:pPr>
      <w:r w:rsidRPr="00576995">
        <w:rPr>
          <w:rFonts w:cstheme="majorHAnsi"/>
          <w:sz w:val="20"/>
          <w:szCs w:val="20"/>
          <w:lang w:val="es-CL"/>
        </w:rPr>
        <w:t>1. Identificación del informe y proyecto</w:t>
      </w:r>
    </w:p>
    <w:p w:rsidRPr="00576995" w:rsidR="006063D7" w:rsidP="00C94854" w:rsidRDefault="00000000" w14:paraId="75E1652F" w14:textId="0C2A971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b/>
          <w:sz w:val="20"/>
          <w:szCs w:val="20"/>
          <w:lang w:val="es-CL"/>
        </w:rPr>
        <w:t xml:space="preserve">TIPO DE INFORME:  </w:t>
      </w:r>
      <w:r w:rsidRPr="00576995" w:rsidR="00C94854">
        <w:rPr>
          <w:rFonts w:asciiTheme="majorHAnsi" w:hAnsiTheme="majorHAnsi" w:cstheme="majorHAnsi"/>
          <w:b/>
          <w:sz w:val="20"/>
          <w:szCs w:val="20"/>
          <w:lang w:val="es-CL"/>
        </w:rPr>
        <w:t>____</w:t>
      </w:r>
      <w:r w:rsidRPr="00576995">
        <w:rPr>
          <w:rFonts w:asciiTheme="majorHAnsi" w:hAnsiTheme="majorHAnsi" w:cstheme="majorHAnsi"/>
          <w:b/>
          <w:sz w:val="20"/>
          <w:szCs w:val="20"/>
          <w:lang w:val="es-CL"/>
        </w:rPr>
        <w:t xml:space="preserve"> Avance / resumen de actividades y resultados     </w:t>
      </w:r>
      <w:r w:rsidRPr="00576995" w:rsidR="00C94854">
        <w:rPr>
          <w:rFonts w:asciiTheme="majorHAnsi" w:hAnsiTheme="majorHAnsi" w:cstheme="majorHAnsi"/>
          <w:b/>
          <w:sz w:val="20"/>
          <w:szCs w:val="20"/>
          <w:lang w:val="es-CL"/>
        </w:rPr>
        <w:t>_______</w:t>
      </w:r>
      <w:r w:rsidRPr="00576995">
        <w:rPr>
          <w:rFonts w:asciiTheme="majorHAnsi" w:hAnsiTheme="majorHAnsi" w:cstheme="majorHAnsi"/>
          <w:b/>
          <w:sz w:val="20"/>
          <w:szCs w:val="20"/>
          <w:lang w:val="es-CL"/>
        </w:rPr>
        <w:t>Final</w:t>
      </w:r>
    </w:p>
    <w:p w:rsidRPr="00576995" w:rsidR="006063D7" w:rsidP="00C94854" w:rsidRDefault="00000000" w14:paraId="4B52BFB9" w14:textId="57613DC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b/>
          <w:sz w:val="20"/>
          <w:szCs w:val="20"/>
          <w:lang w:val="es-CL"/>
        </w:rPr>
        <w:t>CONCURSO (marque una opción</w:t>
      </w:r>
      <w:r w:rsidRPr="00576995" w:rsidR="00C94854">
        <w:rPr>
          <w:rFonts w:asciiTheme="majorHAnsi" w:hAnsiTheme="majorHAnsi" w:cstheme="majorHAnsi"/>
          <w:b/>
          <w:sz w:val="20"/>
          <w:szCs w:val="20"/>
          <w:lang w:val="es-CL"/>
        </w:rPr>
        <w:t>):</w:t>
      </w:r>
      <w:r w:rsidRPr="00576995" w:rsidR="00C94854">
        <w:rPr>
          <w:rFonts w:asciiTheme="majorHAnsi" w:hAnsiTheme="majorHAnsi" w:cstheme="majorHAnsi"/>
          <w:bCs/>
          <w:sz w:val="20"/>
          <w:szCs w:val="20"/>
          <w:lang w:val="es-CL"/>
        </w:rPr>
        <w:t xml:space="preserve"> </w:t>
      </w:r>
      <w:r w:rsidRPr="00576995" w:rsidR="00C94854">
        <w:rPr>
          <w:rFonts w:asciiTheme="majorHAnsi" w:hAnsiTheme="majorHAnsi" w:cstheme="majorHAnsi"/>
          <w:sz w:val="20"/>
          <w:szCs w:val="20"/>
          <w:lang w:val="es-CL"/>
        </w:rPr>
        <w:t>___Iniciación a la Investigación (</w:t>
      </w:r>
      <w:proofErr w:type="gramStart"/>
      <w:r w:rsidRPr="00576995" w:rsidR="00C94854">
        <w:rPr>
          <w:rFonts w:asciiTheme="majorHAnsi" w:hAnsiTheme="majorHAnsi" w:cstheme="majorHAnsi"/>
          <w:sz w:val="20"/>
          <w:szCs w:val="20"/>
          <w:lang w:val="es-CL"/>
        </w:rPr>
        <w:t xml:space="preserve">INI)   </w:t>
      </w:r>
      <w:proofErr w:type="gramEnd"/>
      <w:r w:rsidRPr="00576995" w:rsidR="00C94854">
        <w:rPr>
          <w:rFonts w:asciiTheme="majorHAnsi" w:hAnsiTheme="majorHAnsi" w:cstheme="majorHAnsi"/>
          <w:sz w:val="20"/>
          <w:szCs w:val="20"/>
          <w:lang w:val="es-CL"/>
        </w:rPr>
        <w:t>___Apoyo a Actividades de Investigación en Pregrado (</w:t>
      </w:r>
      <w:proofErr w:type="gramStart"/>
      <w:r w:rsidRPr="00576995" w:rsidR="00C94854">
        <w:rPr>
          <w:rFonts w:asciiTheme="majorHAnsi" w:hAnsiTheme="majorHAnsi" w:cstheme="majorHAnsi"/>
          <w:sz w:val="20"/>
          <w:szCs w:val="20"/>
          <w:lang w:val="es-CL"/>
        </w:rPr>
        <w:t xml:space="preserve">APP)   </w:t>
      </w:r>
      <w:proofErr w:type="gramEnd"/>
      <w:r w:rsidR="00576995">
        <w:rPr>
          <w:rFonts w:ascii="Segoe UI Symbol" w:hAnsi="Segoe UI Symbol" w:cs="Segoe UI Symbol"/>
          <w:sz w:val="20"/>
          <w:szCs w:val="20"/>
          <w:lang w:val="es-CL"/>
        </w:rPr>
        <w:t>___</w:t>
      </w:r>
      <w:r w:rsidRPr="00576995" w:rsidR="00C94854">
        <w:rPr>
          <w:rFonts w:asciiTheme="majorHAnsi" w:hAnsiTheme="majorHAnsi" w:cstheme="majorHAnsi"/>
          <w:sz w:val="20"/>
          <w:szCs w:val="20"/>
          <w:lang w:val="es-CL"/>
        </w:rPr>
        <w:t>Pasantías de Investigación en el Extranjero (PASAN)</w:t>
      </w:r>
    </w:p>
    <w:p w:rsidRPr="00576995" w:rsidR="00C94854" w:rsidP="00C94854" w:rsidRDefault="00C94854" w14:paraId="3BE40A63" w14:textId="42CAE88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>Código del proyecto:</w:t>
      </w:r>
    </w:p>
    <w:p w:rsidRPr="00576995" w:rsidR="00C94854" w:rsidP="00C94854" w:rsidRDefault="00C94854" w14:paraId="366F419F" w14:textId="7D47EED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>Título del proyecto:</w:t>
      </w:r>
      <w:r w:rsidRPr="00576995">
        <w:rPr>
          <w:rFonts w:asciiTheme="majorHAnsi" w:hAnsiTheme="majorHAnsi" w:cstheme="majorHAnsi"/>
          <w:sz w:val="20"/>
          <w:szCs w:val="20"/>
          <w:lang w:val="es-CL"/>
        </w:rPr>
        <w:tab/>
      </w:r>
    </w:p>
    <w:p w:rsidRPr="00576995" w:rsidR="00C94854" w:rsidP="00C94854" w:rsidRDefault="00C94854" w14:paraId="65353971" w14:textId="0D9E9B0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 xml:space="preserve">Nombre </w:t>
      </w:r>
      <w:r w:rsidRPr="00576995" w:rsidR="00576995">
        <w:rPr>
          <w:rFonts w:asciiTheme="majorHAnsi" w:hAnsiTheme="majorHAnsi" w:cstheme="majorHAnsi"/>
          <w:sz w:val="20"/>
          <w:szCs w:val="20"/>
          <w:lang w:val="es-CL"/>
        </w:rPr>
        <w:t>estudiante responsable:</w:t>
      </w:r>
    </w:p>
    <w:p w:rsidRPr="00576995" w:rsidR="00C94854" w:rsidP="00C94854" w:rsidRDefault="00C94854" w14:paraId="45E9853C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>RUT / correo institucional</w:t>
      </w:r>
      <w:r w:rsidRPr="00576995">
        <w:rPr>
          <w:rFonts w:asciiTheme="majorHAnsi" w:hAnsiTheme="majorHAnsi" w:cstheme="majorHAnsi"/>
          <w:sz w:val="20"/>
          <w:szCs w:val="20"/>
          <w:lang w:val="es-CL"/>
        </w:rPr>
        <w:tab/>
      </w:r>
    </w:p>
    <w:p w:rsidRPr="00576995" w:rsidR="00C94854" w:rsidP="38FB6A28" w:rsidRDefault="00C94854" w14:paraId="2AA918D4" w14:textId="7DA79C8D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  <w:between w:val="single" w:color="FF000000" w:sz="4" w:space="1"/>
          <w:bar w:val="single" w:color="FF000000" w:sz="4" w:space="0"/>
        </w:pBdr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</w:pPr>
      <w:r w:rsidRPr="38FB6A28" w:rsidR="00C94854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Facultad / programa </w:t>
      </w:r>
      <w:r w:rsidRPr="38FB6A28" w:rsidR="7CCC677F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de doctorado o carrera de pregrado (segun corresponda)</w:t>
      </w:r>
    </w:p>
    <w:p w:rsidRPr="00576995" w:rsidR="00C94854" w:rsidP="00C94854" w:rsidRDefault="00C94854" w14:paraId="342A422D" w14:textId="6F19BCB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>Director/a de tesis o académico/a patrocinante</w:t>
      </w:r>
      <w:r w:rsidRPr="00576995" w:rsidR="00576995">
        <w:rPr>
          <w:rFonts w:asciiTheme="majorHAnsi" w:hAnsiTheme="majorHAnsi" w:cstheme="majorHAnsi"/>
          <w:sz w:val="20"/>
          <w:szCs w:val="20"/>
          <w:lang w:val="es-CL"/>
        </w:rPr>
        <w:t>:</w:t>
      </w:r>
    </w:p>
    <w:p w:rsidRPr="00576995" w:rsidR="00C94854" w:rsidP="00C94854" w:rsidRDefault="00C94854" w14:paraId="3DAD4400" w14:textId="3E5B307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 xml:space="preserve">Duración total / año de ejecución: </w:t>
      </w:r>
      <w:r w:rsidRPr="00576995">
        <w:rPr>
          <w:rFonts w:asciiTheme="majorHAnsi" w:hAnsiTheme="majorHAnsi" w:cstheme="majorHAnsi"/>
          <w:i/>
          <w:iCs/>
          <w:sz w:val="20"/>
          <w:szCs w:val="20"/>
          <w:lang w:val="es-CL"/>
        </w:rPr>
        <w:t>Ejemplo: año 1</w:t>
      </w:r>
      <w:r w:rsidRPr="00576995">
        <w:rPr>
          <w:rFonts w:asciiTheme="majorHAnsi" w:hAnsiTheme="majorHAnsi" w:cstheme="majorHAnsi"/>
          <w:sz w:val="20"/>
          <w:szCs w:val="20"/>
          <w:lang w:val="es-CL"/>
        </w:rPr>
        <w:tab/>
      </w:r>
    </w:p>
    <w:p w:rsidRPr="00576995" w:rsidR="00C94854" w:rsidP="00C94854" w:rsidRDefault="00C94854" w14:paraId="3B168DEA" w14:textId="4CF5B92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 xml:space="preserve">Período informado: desde / hasta:  </w:t>
      </w:r>
      <w:r w:rsidRPr="00576995">
        <w:rPr>
          <w:rFonts w:asciiTheme="majorHAnsi" w:hAnsiTheme="majorHAnsi" w:cstheme="majorHAnsi"/>
          <w:i/>
          <w:iCs/>
          <w:sz w:val="20"/>
          <w:szCs w:val="20"/>
          <w:lang w:val="es-CL"/>
        </w:rPr>
        <w:t xml:space="preserve">Ejemplo: </w:t>
      </w:r>
      <w:proofErr w:type="gramStart"/>
      <w:r w:rsidRPr="00576995">
        <w:rPr>
          <w:rFonts w:asciiTheme="majorHAnsi" w:hAnsiTheme="majorHAnsi" w:cstheme="majorHAnsi"/>
          <w:i/>
          <w:iCs/>
          <w:sz w:val="20"/>
          <w:szCs w:val="20"/>
          <w:lang w:val="es-CL"/>
        </w:rPr>
        <w:t>Marzo</w:t>
      </w:r>
      <w:proofErr w:type="gramEnd"/>
      <w:r w:rsidRPr="00576995">
        <w:rPr>
          <w:rFonts w:asciiTheme="majorHAnsi" w:hAnsiTheme="majorHAnsi" w:cstheme="majorHAnsi"/>
          <w:i/>
          <w:iCs/>
          <w:sz w:val="20"/>
          <w:szCs w:val="20"/>
          <w:lang w:val="es-CL"/>
        </w:rPr>
        <w:t xml:space="preserve"> 2027 a </w:t>
      </w:r>
      <w:proofErr w:type="gramStart"/>
      <w:r w:rsidRPr="00576995">
        <w:rPr>
          <w:rFonts w:asciiTheme="majorHAnsi" w:hAnsiTheme="majorHAnsi" w:cstheme="majorHAnsi"/>
          <w:i/>
          <w:iCs/>
          <w:sz w:val="20"/>
          <w:szCs w:val="20"/>
          <w:lang w:val="es-CL"/>
        </w:rPr>
        <w:t>Marzo</w:t>
      </w:r>
      <w:proofErr w:type="gramEnd"/>
      <w:r w:rsidRPr="00576995">
        <w:rPr>
          <w:rFonts w:asciiTheme="majorHAnsi" w:hAnsiTheme="majorHAnsi" w:cstheme="majorHAnsi"/>
          <w:i/>
          <w:iCs/>
          <w:sz w:val="20"/>
          <w:szCs w:val="20"/>
          <w:lang w:val="es-CL"/>
        </w:rPr>
        <w:t xml:space="preserve"> 2028</w:t>
      </w:r>
      <w:r w:rsidRPr="00576995">
        <w:rPr>
          <w:rFonts w:asciiTheme="majorHAnsi" w:hAnsiTheme="majorHAnsi" w:cstheme="majorHAnsi"/>
          <w:i/>
          <w:iCs/>
          <w:sz w:val="20"/>
          <w:szCs w:val="20"/>
          <w:lang w:val="es-CL"/>
        </w:rPr>
        <w:tab/>
      </w:r>
    </w:p>
    <w:p w:rsidRPr="00576995" w:rsidR="00C94854" w:rsidP="00576995" w:rsidRDefault="00C94854" w14:paraId="005E2ECE" w14:textId="2717800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>Fecha de presentación</w:t>
      </w:r>
      <w:r w:rsidRPr="00576995">
        <w:rPr>
          <w:rFonts w:asciiTheme="majorHAnsi" w:hAnsiTheme="majorHAnsi" w:cstheme="majorHAnsi"/>
          <w:sz w:val="20"/>
          <w:szCs w:val="20"/>
          <w:lang w:val="es-CL"/>
        </w:rPr>
        <w:tab/>
      </w:r>
      <w:r w:rsidRPr="00576995">
        <w:rPr>
          <w:rFonts w:asciiTheme="majorHAnsi" w:hAnsiTheme="majorHAnsi" w:cstheme="majorHAnsi"/>
          <w:i/>
          <w:iCs/>
          <w:sz w:val="20"/>
          <w:szCs w:val="20"/>
          <w:lang w:val="es-CL"/>
        </w:rPr>
        <w:t xml:space="preserve">Ejemplo: </w:t>
      </w:r>
      <w:proofErr w:type="gramStart"/>
      <w:r w:rsidRPr="00576995">
        <w:rPr>
          <w:rFonts w:asciiTheme="majorHAnsi" w:hAnsiTheme="majorHAnsi" w:cstheme="majorHAnsi"/>
          <w:i/>
          <w:iCs/>
          <w:sz w:val="20"/>
          <w:szCs w:val="20"/>
          <w:lang w:val="es-CL"/>
        </w:rPr>
        <w:t>Marzo</w:t>
      </w:r>
      <w:proofErr w:type="gramEnd"/>
      <w:r w:rsidRPr="00576995">
        <w:rPr>
          <w:rFonts w:asciiTheme="majorHAnsi" w:hAnsiTheme="majorHAnsi" w:cstheme="majorHAnsi"/>
          <w:i/>
          <w:iCs/>
          <w:sz w:val="20"/>
          <w:szCs w:val="20"/>
          <w:lang w:val="es-CL"/>
        </w:rPr>
        <w:t xml:space="preserve"> 2028</w:t>
      </w:r>
      <w:r w:rsidRPr="00576995">
        <w:rPr>
          <w:rFonts w:asciiTheme="majorHAnsi" w:hAnsiTheme="majorHAnsi" w:cstheme="majorHAnsi"/>
          <w:i/>
          <w:iCs/>
          <w:sz w:val="20"/>
          <w:szCs w:val="20"/>
          <w:lang w:val="es-CL"/>
        </w:rPr>
        <w:tab/>
      </w:r>
    </w:p>
    <w:p w:rsidRPr="00576995" w:rsidR="006063D7" w:rsidP="05DD4721" w:rsidRDefault="00000000" w14:paraId="7E01E219" w14:textId="3434B53C">
      <w:pPr>
        <w:pStyle w:val="Ttulo2"/>
        <w:rPr>
          <w:rFonts w:cs="Calibri" w:cstheme="majorAscii"/>
          <w:sz w:val="20"/>
          <w:szCs w:val="20"/>
          <w:lang w:val="es-CL"/>
        </w:rPr>
      </w:pPr>
      <w:r w:rsidRPr="05DD4721" w:rsidR="3A4E0746">
        <w:rPr>
          <w:rFonts w:cs="Calibri" w:cstheme="majorAscii"/>
          <w:sz w:val="20"/>
          <w:szCs w:val="20"/>
          <w:lang w:val="es-CL"/>
        </w:rPr>
        <w:t xml:space="preserve">2. Resumen de avance </w:t>
      </w:r>
      <w:r w:rsidRPr="05DD4721" w:rsidR="631016F5">
        <w:rPr>
          <w:rFonts w:cs="Calibri" w:cstheme="majorAscii"/>
          <w:sz w:val="20"/>
          <w:szCs w:val="20"/>
          <w:lang w:val="es-CL"/>
        </w:rPr>
        <w:t>concurso Iniciación a la investigación (INI)</w:t>
      </w:r>
    </w:p>
    <w:p w:rsidRPr="00576995" w:rsidR="006063D7" w:rsidP="05DD4721" w:rsidRDefault="00000000" w14:paraId="294BE6FF" w14:textId="37FFDEDD">
      <w:pPr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</w:pPr>
      <w:r w:rsidRPr="05DD4721" w:rsidR="3A4E0746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Para INI de dos años: resumen de actividades y resultados, </w:t>
      </w:r>
      <w:r w:rsidRPr="05DD4721" w:rsidR="3A4E0746">
        <w:rPr>
          <w:rFonts w:ascii="Calibri" w:hAnsi="Calibri" w:cs="Calibri" w:asciiTheme="majorAscii" w:hAnsiTheme="majorAscii" w:cstheme="majorAscii"/>
          <w:b w:val="1"/>
          <w:bCs w:val="1"/>
          <w:sz w:val="20"/>
          <w:szCs w:val="20"/>
          <w:lang w:val="es-CL"/>
        </w:rPr>
        <w:t>máximo 1 página</w:t>
      </w:r>
      <w:r w:rsidRPr="05DD4721" w:rsidR="3A4E0746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. </w:t>
      </w:r>
      <w:r w:rsidRPr="05DD4721" w:rsidR="7E720C8A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 </w:t>
      </w:r>
      <w:r w:rsidRPr="05DD4721" w:rsidR="3A4E0746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No complete este apartado como sustituto del informe final</w:t>
      </w:r>
      <w:r w:rsidRPr="05DD4721" w:rsidR="52794F72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, este apartado </w:t>
      </w:r>
      <w:r w:rsidRPr="05DD4721" w:rsidR="52794F72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no </w:t>
      </w:r>
      <w:r w:rsidRPr="05DD4721" w:rsidR="52794F72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aplica para las otras convocatorias.</w:t>
      </w:r>
    </w:p>
    <w:p w:rsidRPr="00576995" w:rsidR="006063D7" w:rsidRDefault="00000000" w14:paraId="5FE99FAC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>Actividades desarrolladas, principales resultados, grado de cumplimiento de objetivos y próximos hitos:</w:t>
      </w:r>
    </w:p>
    <w:p w:rsidRPr="00576995" w:rsidR="00C94854" w:rsidRDefault="00C94854" w14:paraId="4DD2E550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576995" w:rsidRDefault="00576995" w14:paraId="7F60F317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="00576995" w:rsidRDefault="00576995" w14:paraId="4185579D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="00576995" w:rsidRDefault="00576995" w14:paraId="460F6E9F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="00576995" w:rsidRDefault="00576995" w14:paraId="6374E5BA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576995" w:rsidRDefault="00576995" w14:paraId="4311317F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576995" w:rsidRDefault="00576995" w14:paraId="2A91668A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6063D7" w:rsidRDefault="00000000" w14:paraId="3A0A57BE" w14:textId="77777777">
      <w:pPr>
        <w:pStyle w:val="Ttulo2"/>
        <w:rPr>
          <w:rFonts w:cstheme="majorHAnsi"/>
          <w:sz w:val="20"/>
          <w:szCs w:val="20"/>
          <w:lang w:val="es-CL"/>
        </w:rPr>
      </w:pPr>
      <w:r w:rsidRPr="00576995">
        <w:rPr>
          <w:rFonts w:cstheme="majorHAnsi"/>
          <w:sz w:val="20"/>
          <w:szCs w:val="20"/>
          <w:lang w:val="es-CL"/>
        </w:rPr>
        <w:t>3. Objetivos y cumplimiento</w:t>
      </w:r>
    </w:p>
    <w:p w:rsidRPr="00576995" w:rsidR="006063D7" w:rsidRDefault="00000000" w14:paraId="39D4F92D" w14:textId="77777777">
      <w:pPr/>
      <w:r w:rsidRPr="05DD4721" w:rsidR="3A4E0746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Indique objetivos generales y específicos comprometidos y su estado de cumplimiento en el período informado. </w:t>
      </w:r>
      <w:r w:rsidRPr="05DD4721" w:rsidR="3A4E0746">
        <w:rPr>
          <w:rFonts w:ascii="Calibri" w:hAnsi="Calibri" w:cs="Calibri" w:asciiTheme="majorAscii" w:hAnsiTheme="majorAscii" w:cstheme="majorAscii"/>
          <w:sz w:val="20"/>
          <w:szCs w:val="20"/>
        </w:rPr>
        <w:t xml:space="preserve">Para </w:t>
      </w:r>
      <w:r w:rsidRPr="05DD4721" w:rsidR="3A4E0746">
        <w:rPr>
          <w:rFonts w:ascii="Calibri" w:hAnsi="Calibri" w:cs="Calibri" w:asciiTheme="majorAscii" w:hAnsiTheme="majorAscii" w:cstheme="majorAscii"/>
          <w:sz w:val="20"/>
          <w:szCs w:val="20"/>
        </w:rPr>
        <w:t>informes</w:t>
      </w:r>
      <w:r w:rsidRPr="05DD4721" w:rsidR="3A4E0746">
        <w:rPr>
          <w:rFonts w:ascii="Calibri" w:hAnsi="Calibri" w:cs="Calibri" w:asciiTheme="majorAscii" w:hAnsiTheme="majorAscii" w:cstheme="majorAscii"/>
          <w:sz w:val="20"/>
          <w:szCs w:val="20"/>
        </w:rPr>
        <w:t xml:space="preserve"> finales, </w:t>
      </w:r>
      <w:r w:rsidRPr="05DD4721" w:rsidR="3A4E0746">
        <w:rPr>
          <w:rFonts w:ascii="Calibri" w:hAnsi="Calibri" w:cs="Calibri" w:asciiTheme="majorAscii" w:hAnsiTheme="majorAscii" w:cstheme="majorAscii"/>
          <w:sz w:val="20"/>
          <w:szCs w:val="20"/>
        </w:rPr>
        <w:t>describa</w:t>
      </w:r>
      <w:r w:rsidRPr="05DD4721" w:rsidR="3A4E0746">
        <w:rPr>
          <w:rFonts w:ascii="Calibri" w:hAnsi="Calibri" w:cs="Calibri" w:asciiTheme="majorAscii" w:hAnsiTheme="majorAscii" w:cstheme="majorAscii"/>
          <w:sz w:val="20"/>
          <w:szCs w:val="20"/>
        </w:rPr>
        <w:t xml:space="preserve"> el cumplimiento acumulado.</w:t>
      </w:r>
    </w:p>
    <w:tbl>
      <w:tblPr>
        <w:tblStyle w:val="Tablaconcuadrcula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3300"/>
        <w:gridCol w:w="3300"/>
        <w:gridCol w:w="3300"/>
      </w:tblGrid>
      <w:tr w:rsidR="05DD4721" w:rsidTr="05DD4721" w14:paraId="511F01C3">
        <w:trPr>
          <w:trHeight w:val="300"/>
        </w:trPr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32BB8D95" w14:textId="25779B86">
            <w:pPr>
              <w:spacing w:after="10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365F91" w:themeColor="accent1" w:themeTint="FF" w:themeShade="BF"/>
                <w:sz w:val="20"/>
                <w:szCs w:val="20"/>
              </w:rPr>
            </w:pPr>
            <w:r w:rsidRPr="05DD4721" w:rsidR="05DD47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365F91" w:themeColor="accent1" w:themeTint="FF" w:themeShade="BF"/>
                <w:sz w:val="20"/>
                <w:szCs w:val="20"/>
                <w:lang w:val="en-US"/>
              </w:rPr>
              <w:t>Objetivo</w:t>
            </w:r>
          </w:p>
        </w:tc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138BF78F" w14:textId="1289E421">
            <w:pPr>
              <w:spacing w:after="10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365F91" w:themeColor="accent1" w:themeTint="FF" w:themeShade="BF"/>
                <w:sz w:val="20"/>
                <w:szCs w:val="20"/>
              </w:rPr>
            </w:pPr>
            <w:r w:rsidRPr="05DD4721" w:rsidR="05DD47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365F91" w:themeColor="accent1" w:themeTint="FF" w:themeShade="BF"/>
                <w:sz w:val="20"/>
                <w:szCs w:val="20"/>
                <w:lang w:val="en-US"/>
              </w:rPr>
              <w:t>Estado / evidencia</w:t>
            </w:r>
          </w:p>
        </w:tc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01035B6E" w14:textId="35D01D81">
            <w:pPr>
              <w:spacing w:after="10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365F91" w:themeColor="accent1" w:themeTint="FF" w:themeShade="BF"/>
                <w:sz w:val="20"/>
                <w:szCs w:val="20"/>
              </w:rPr>
            </w:pPr>
            <w:r w:rsidRPr="05DD4721" w:rsidR="05DD47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365F91" w:themeColor="accent1" w:themeTint="FF" w:themeShade="BF"/>
                <w:sz w:val="20"/>
                <w:szCs w:val="20"/>
                <w:lang w:val="en-US"/>
              </w:rPr>
              <w:t>Justificación de desviaciones</w:t>
            </w:r>
          </w:p>
        </w:tc>
      </w:tr>
      <w:tr w:rsidR="05DD4721" w:rsidTr="05DD4721" w14:paraId="0020C978">
        <w:trPr>
          <w:trHeight w:val="300"/>
        </w:trPr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3DFEE"/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1D9851CC" w14:textId="4C9588B6">
            <w:pPr>
              <w:spacing w:after="10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0"/>
                <w:szCs w:val="20"/>
              </w:rPr>
            </w:pP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>Objetivo 1</w:t>
            </w:r>
            <w:r>
              <w:br/>
            </w:r>
          </w:p>
        </w:tc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3DFEE"/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58165575" w14:textId="1CE72CC4">
            <w:pPr>
              <w:spacing w:after="10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0"/>
                <w:szCs w:val="20"/>
              </w:rPr>
            </w:pP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>Ejemplo: En progreso</w:t>
            </w:r>
            <w:r>
              <w:br/>
            </w:r>
          </w:p>
        </w:tc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3DFEE"/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2E00328E" w14:textId="522CBBB9">
            <w:pPr>
              <w:spacing w:after="10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</w:rPr>
            </w:pP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>Propuesto</w:t>
            </w: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 xml:space="preserve"> para el </w:t>
            </w: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>año</w:t>
            </w: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 xml:space="preserve"> </w:t>
            </w:r>
            <w:r w:rsidRPr="05DD4721" w:rsidR="41867DC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>1, demoras</w:t>
            </w: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 xml:space="preserve"> por...</w:t>
            </w:r>
          </w:p>
        </w:tc>
      </w:tr>
      <w:tr w:rsidR="05DD4721" w:rsidTr="05DD4721" w14:paraId="4DB1342F">
        <w:trPr>
          <w:trHeight w:val="300"/>
        </w:trPr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078F2781" w14:textId="0D011D8E">
            <w:pPr>
              <w:spacing w:after="10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0"/>
                <w:szCs w:val="20"/>
              </w:rPr>
            </w:pP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>Objetivo 2</w:t>
            </w:r>
            <w:r>
              <w:br/>
            </w:r>
          </w:p>
        </w:tc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7581A320" w14:textId="6D7FA0D6">
            <w:pPr>
              <w:spacing w:after="10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0"/>
                <w:szCs w:val="20"/>
              </w:rPr>
            </w:pP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>Ejemplo: Cumplido</w:t>
            </w:r>
            <w:r>
              <w:br/>
            </w:r>
          </w:p>
        </w:tc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0F3CA16B" w14:textId="70E31208">
            <w:pPr>
              <w:spacing w:after="10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0"/>
                <w:szCs w:val="20"/>
              </w:rPr>
            </w:pPr>
            <w:r>
              <w:br/>
            </w:r>
            <w:r>
              <w:br/>
            </w:r>
          </w:p>
        </w:tc>
      </w:tr>
      <w:tr w:rsidR="05DD4721" w:rsidTr="05DD4721" w14:paraId="19048653">
        <w:trPr>
          <w:trHeight w:val="300"/>
        </w:trPr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3DFEE"/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01906EDA" w14:textId="36EBC5D3">
            <w:pPr>
              <w:spacing w:after="10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0"/>
                <w:szCs w:val="20"/>
              </w:rPr>
            </w:pP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>Objetivo</w:t>
            </w:r>
            <w:r>
              <w:br/>
            </w:r>
            <w:r>
              <w:br/>
            </w:r>
          </w:p>
        </w:tc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3DFEE"/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709C7F12" w14:textId="21658737">
            <w:pPr>
              <w:spacing w:after="10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</w:rPr>
            </w:pP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>Ejemplo: No cumplido</w:t>
            </w:r>
          </w:p>
        </w:tc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3DFEE"/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0200C554" w14:textId="5A0259A1">
            <w:pPr>
              <w:spacing w:after="10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0"/>
                <w:szCs w:val="20"/>
              </w:rPr>
            </w:pP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>Este objetivo está propuesto para el año 2</w:t>
            </w:r>
            <w:r>
              <w:br/>
            </w:r>
          </w:p>
        </w:tc>
      </w:tr>
      <w:tr w:rsidR="05DD4721" w:rsidTr="05DD4721" w14:paraId="63EB8692">
        <w:trPr>
          <w:trHeight w:val="300"/>
        </w:trPr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340D3A52" w14:textId="54DF7465">
            <w:pPr>
              <w:spacing w:after="10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365F91" w:themeColor="accent1" w:themeTint="FF" w:themeShade="BF"/>
                <w:sz w:val="20"/>
                <w:szCs w:val="20"/>
              </w:rPr>
            </w:pPr>
            <w:r>
              <w:br/>
            </w:r>
            <w:r>
              <w:br/>
            </w:r>
          </w:p>
        </w:tc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429C2760" w14:textId="05801D3F">
            <w:pPr>
              <w:spacing w:after="10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5F91" w:themeColor="accent1" w:themeTint="FF" w:themeShade="BF"/>
                <w:sz w:val="20"/>
                <w:szCs w:val="20"/>
              </w:rPr>
            </w:pPr>
            <w:r>
              <w:br/>
            </w:r>
            <w:r>
              <w:br/>
            </w:r>
          </w:p>
        </w:tc>
        <w:tc>
          <w:tcPr>
            <w:tcW w:w="33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5DD4721" w:rsidP="05DD4721" w:rsidRDefault="05DD4721" w14:paraId="1D04002E" w14:textId="44D6BB0F">
            <w:pPr>
              <w:spacing w:after="10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365F91" w:themeColor="accent1" w:themeTint="FF" w:themeShade="BF"/>
                <w:sz w:val="20"/>
                <w:szCs w:val="20"/>
              </w:rPr>
            </w:pPr>
            <w:r>
              <w:br/>
            </w:r>
            <w:r>
              <w:br/>
            </w:r>
          </w:p>
        </w:tc>
      </w:tr>
    </w:tbl>
    <w:p w:rsidR="05DD4721" w:rsidP="05DD4721" w:rsidRDefault="05DD4721" w14:paraId="0545B595" w14:textId="03C9999D">
      <w:pPr>
        <w:rPr>
          <w:rFonts w:ascii="Calibri" w:hAnsi="Calibri" w:cs="Calibri" w:asciiTheme="majorAscii" w:hAnsiTheme="majorAscii" w:cstheme="majorAscii"/>
          <w:sz w:val="20"/>
          <w:szCs w:val="20"/>
        </w:rPr>
      </w:pPr>
    </w:p>
    <w:p w:rsidRPr="00576995" w:rsidR="006063D7" w:rsidRDefault="00000000" w14:paraId="6F83E6D2" w14:textId="77777777">
      <w:pPr>
        <w:pStyle w:val="Ttulo2"/>
        <w:rPr>
          <w:rFonts w:cstheme="majorHAnsi"/>
          <w:sz w:val="20"/>
          <w:szCs w:val="20"/>
        </w:rPr>
      </w:pPr>
      <w:r w:rsidRPr="00576995">
        <w:rPr>
          <w:rFonts w:cstheme="majorHAnsi"/>
          <w:sz w:val="20"/>
          <w:szCs w:val="20"/>
        </w:rPr>
        <w:t>4. Resultados, metodología y dificultades</w:t>
      </w:r>
    </w:p>
    <w:p w:rsidRPr="00576995" w:rsidR="006063D7" w:rsidRDefault="00000000" w14:paraId="323AED18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>Describa los principales resultados obtenidos, su relación con los objetivos y los cambios metodológicos relevantes. Incluya dificultades, medidas correctivas y resultados adicionales derivados del proyecto (no de otros proyectos).</w:t>
      </w:r>
    </w:p>
    <w:p w:rsidRPr="00576995" w:rsidR="006063D7" w:rsidRDefault="006063D7" w14:paraId="37097AAE" w14:textId="76C22B00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576995" w:rsidRDefault="00576995" w14:paraId="2DDD71E4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576995" w:rsidRDefault="00576995" w14:paraId="44543C56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576995" w:rsidRDefault="00576995" w14:paraId="5F991FCA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6063D7" w:rsidRDefault="00000000" w14:paraId="01B44619" w14:textId="77777777">
      <w:pPr>
        <w:pStyle w:val="Ttulo2"/>
        <w:rPr>
          <w:rFonts w:cstheme="majorHAnsi"/>
          <w:sz w:val="20"/>
          <w:szCs w:val="20"/>
          <w:lang w:val="es-CL"/>
        </w:rPr>
      </w:pPr>
      <w:r w:rsidRPr="00576995">
        <w:rPr>
          <w:rFonts w:cstheme="majorHAnsi"/>
          <w:sz w:val="20"/>
          <w:szCs w:val="20"/>
          <w:lang w:val="es-CL"/>
        </w:rPr>
        <w:t>5. Modificaciones técnicas y presupuestarias</w:t>
      </w:r>
    </w:p>
    <w:p w:rsidRPr="00576995" w:rsidR="006063D7" w:rsidRDefault="00C94854" w14:paraId="7BF1DB3C" w14:textId="794DDC93">
      <w:pP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>___No hubo modificaciones     ___Sí hubo modificaciones (detalle y justificación):</w:t>
      </w:r>
    </w:p>
    <w:p w:rsidRPr="00576995" w:rsidR="006063D7" w:rsidRDefault="00000000" w14:paraId="4B5B6DAE" w14:textId="44D1B34A">
      <w:pP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 xml:space="preserve">Indique pertinencia respecto de la propuesta financiada y efecto sobre objetivos, actividades, plazos o presupuesto. </w:t>
      </w:r>
      <w:r w:rsidRPr="00576995" w:rsidR="00C94854">
        <w:rPr>
          <w:rFonts w:asciiTheme="majorHAnsi" w:hAnsiTheme="majorHAnsi" w:cstheme="majorHAnsi"/>
          <w:sz w:val="20"/>
          <w:szCs w:val="20"/>
          <w:lang w:val="es-CL"/>
        </w:rPr>
        <w:t>Máximo ½ pagina</w:t>
      </w:r>
    </w:p>
    <w:p w:rsidRPr="00576995" w:rsidR="00576995" w:rsidP="05DD4721" w:rsidRDefault="00576995" w14:paraId="7B123362" w14:textId="07F5D311">
      <w:pPr>
        <w:pStyle w:val="Normal"/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</w:pPr>
    </w:p>
    <w:p w:rsidRPr="00576995" w:rsidR="00C94854" w:rsidRDefault="00C94854" w14:paraId="65BA97B9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6063D7" w:rsidRDefault="00000000" w14:paraId="0D8B7D49" w14:textId="77777777">
      <w:pPr>
        <w:pStyle w:val="Ttulo2"/>
        <w:rPr>
          <w:rFonts w:cstheme="majorHAnsi"/>
          <w:sz w:val="20"/>
          <w:szCs w:val="20"/>
          <w:lang w:val="es-CL"/>
        </w:rPr>
      </w:pPr>
      <w:r w:rsidRPr="00576995">
        <w:rPr>
          <w:rFonts w:cstheme="majorHAnsi"/>
          <w:sz w:val="20"/>
          <w:szCs w:val="20"/>
          <w:lang w:val="es-CL"/>
        </w:rPr>
        <w:t>6. Productos y resultados verificables</w:t>
      </w:r>
    </w:p>
    <w:p w:rsidRPr="00576995" w:rsidR="006063D7" w:rsidRDefault="00C94854" w14:paraId="3B522187" w14:textId="62AE773D">
      <w:pPr>
        <w:rPr>
          <w:rFonts w:asciiTheme="majorHAnsi" w:hAnsiTheme="majorHAnsi" w:cstheme="majorHAnsi"/>
          <w:sz w:val="20"/>
          <w:szCs w:val="20"/>
          <w:lang w:val="es-CL"/>
        </w:rPr>
      </w:pPr>
      <w:proofErr w:type="gramStart"/>
      <w:r w:rsidRPr="00576995">
        <w:rPr>
          <w:rFonts w:asciiTheme="majorHAnsi" w:hAnsiTheme="majorHAnsi" w:cstheme="majorHAnsi"/>
          <w:sz w:val="20"/>
          <w:szCs w:val="20"/>
          <w:lang w:val="es-CL"/>
        </w:rPr>
        <w:t>Indique  solo</w:t>
      </w:r>
      <w:proofErr w:type="gramEnd"/>
      <w:r w:rsidRPr="00576995">
        <w:rPr>
          <w:rFonts w:asciiTheme="majorHAnsi" w:hAnsiTheme="majorHAnsi" w:cstheme="majorHAnsi"/>
          <w:sz w:val="20"/>
          <w:szCs w:val="20"/>
          <w:lang w:val="es-CL"/>
        </w:rPr>
        <w:t xml:space="preserve"> productos directamente vinculados al proyecto. Adjunte respaldos disponibles y señale estado de cada producto.</w:t>
      </w:r>
    </w:p>
    <w:tbl>
      <w:tblPr>
        <w:tblStyle w:val="Sombreadoclaro-nfasis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Pr="00576995" w:rsidR="006063D7" w:rsidTr="05DD4721" w14:paraId="311206F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576995" w:rsidR="006063D7" w:rsidRDefault="00000000" w14:paraId="58DD00DF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t xml:space="preserve">Tipo de </w:t>
            </w:r>
            <w:proofErr w:type="spellStart"/>
            <w:r w:rsidRPr="00576995">
              <w:rPr>
                <w:rFonts w:asciiTheme="majorHAnsi" w:hAnsiTheme="majorHAnsi" w:cstheme="majorHAnsi"/>
                <w:sz w:val="20"/>
                <w:szCs w:val="20"/>
              </w:rPr>
              <w:t>producto</w:t>
            </w:r>
            <w:proofErr w:type="spellEnd"/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576995" w:rsidR="006063D7" w:rsidRDefault="00000000" w14:paraId="31775A22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t>Referencia / descripción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576995" w:rsidR="006063D7" w:rsidRDefault="00000000" w14:paraId="4AC98C23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t>Estado / respaldo</w:t>
            </w:r>
          </w:p>
        </w:tc>
      </w:tr>
      <w:tr w:rsidRPr="00576995" w:rsidR="006063D7" w:rsidTr="05DD4721" w14:paraId="70B10D6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576995" w:rsidR="006063D7" w:rsidRDefault="00000000" w14:paraId="1BA2DD72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t>Publicaciones WOS/Scopus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576995" w:rsidR="006063D7" w:rsidRDefault="00000000" w14:paraId="5216277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="05DD4721" w:rsidP="05DD4721" w:rsidRDefault="05DD4721" w14:paraId="20AE80EC" w14:textId="6BAD8AAE">
            <w:pPr>
              <w:spacing w:after="10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</w:rPr>
            </w:pP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>Ejemplo: Paper publicado o documento adjunto</w:t>
            </w:r>
          </w:p>
        </w:tc>
      </w:tr>
      <w:tr w:rsidRPr="00576995" w:rsidR="006063D7" w:rsidTr="05DD4721" w14:paraId="115033F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576995" w:rsidR="006063D7" w:rsidRDefault="00000000" w14:paraId="535BEF73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t>Manuscritos / capítulos / libros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576995" w:rsidR="006063D7" w:rsidRDefault="00000000" w14:paraId="08FDF01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="05DD4721" w:rsidP="05DD4721" w:rsidRDefault="05DD4721" w14:paraId="05A17457" w14:textId="1DF3A5F5">
            <w:pPr>
              <w:spacing w:after="10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0"/>
                <w:szCs w:val="20"/>
              </w:rPr>
            </w:pPr>
            <w:r w:rsidRPr="05DD4721" w:rsidR="05DD47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18"/>
                <w:szCs w:val="18"/>
                <w:lang w:val="en-US"/>
              </w:rPr>
              <w:t>Ejemplo: Enviado a revisión</w:t>
            </w:r>
            <w:r>
              <w:br/>
            </w:r>
          </w:p>
        </w:tc>
      </w:tr>
      <w:tr w:rsidRPr="00576995" w:rsidR="006063D7" w:rsidTr="05DD4721" w14:paraId="2FD02F1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576995" w:rsidR="006063D7" w:rsidRDefault="00000000" w14:paraId="4CE78AF6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t>Congresos / difusión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576995" w:rsidR="006063D7" w:rsidRDefault="00000000" w14:paraId="69CAEA9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576995" w:rsidR="006063D7" w:rsidRDefault="00000000" w14:paraId="289679E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</w:tr>
      <w:tr w:rsidRPr="00576995" w:rsidR="006063D7" w:rsidTr="05DD4721" w14:paraId="7074724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576995" w:rsidR="006063D7" w:rsidRDefault="00000000" w14:paraId="60AC90AD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t>Tesis / formación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576995" w:rsidR="006063D7" w:rsidRDefault="00000000" w14:paraId="5737239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576995" w:rsidR="006063D7" w:rsidRDefault="00000000" w14:paraId="795C995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</w:tr>
      <w:tr w:rsidRPr="00576995" w:rsidR="006063D7" w:rsidTr="05DD4721" w14:paraId="1F97141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576995" w:rsidR="006063D7" w:rsidRDefault="00000000" w14:paraId="3E500FFD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t>Otros productos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576995" w:rsidR="006063D7" w:rsidRDefault="00000000" w14:paraId="208237C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576995" w:rsidR="006063D7" w:rsidRDefault="00000000" w14:paraId="3EA3739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</w:tr>
    </w:tbl>
    <w:p w:rsidRPr="00576995" w:rsidR="006063D7" w:rsidP="00576995" w:rsidRDefault="006063D7" w14:paraId="2376089E" w14:textId="313EED1D">
      <w:pPr>
        <w:pStyle w:val="Ttulo2"/>
        <w:rPr>
          <w:rFonts w:cstheme="majorHAnsi"/>
          <w:sz w:val="20"/>
          <w:szCs w:val="20"/>
          <w:lang w:val="es-CL"/>
        </w:rPr>
      </w:pPr>
    </w:p>
    <w:p w:rsidRPr="00576995" w:rsidR="006063D7" w:rsidRDefault="006063D7" w14:paraId="1A66D7C8" w14:textId="4BB0975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6063D7" w:rsidRDefault="00000000" w14:paraId="7670E5B3" w14:textId="63AF4EA9">
      <w:pPr>
        <w:pStyle w:val="Ttulo2"/>
        <w:rPr>
          <w:rFonts w:cstheme="majorHAnsi"/>
          <w:sz w:val="20"/>
          <w:szCs w:val="20"/>
          <w:lang w:val="es-CL"/>
        </w:rPr>
      </w:pPr>
      <w:r w:rsidRPr="00576995">
        <w:rPr>
          <w:rFonts w:cstheme="majorHAnsi"/>
          <w:sz w:val="20"/>
          <w:szCs w:val="20"/>
          <w:lang w:val="es-CL"/>
        </w:rPr>
        <w:t>8. Rendición y documentos de respaldo</w:t>
      </w:r>
      <w:r w:rsidRPr="00576995" w:rsidR="00576995">
        <w:rPr>
          <w:rFonts w:cstheme="majorHAnsi"/>
          <w:sz w:val="20"/>
          <w:szCs w:val="20"/>
          <w:lang w:val="es-CL"/>
        </w:rPr>
        <w:t xml:space="preserve"> </w:t>
      </w:r>
    </w:p>
    <w:p w:rsidRPr="00576995" w:rsidR="006063D7" w:rsidRDefault="00576995" w14:paraId="31B44788" w14:textId="48965834">
      <w:pPr/>
      <w:r w:rsidRPr="05DD4721" w:rsidR="4A11AB01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A</w:t>
      </w:r>
      <w:r w:rsidRPr="05DD4721" w:rsidR="7E720C8A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djunte rendición y respaldos según sus bases.</w:t>
      </w:r>
      <w:r w:rsidRPr="05DD4721" w:rsidR="7E720C8A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 Marque con una X los adjuntos a este informe:</w:t>
      </w:r>
    </w:p>
    <w:p w:rsidRPr="00576995" w:rsidR="006063D7" w:rsidRDefault="00576995" w14:paraId="386100DB" w14:textId="4B3013E9">
      <w:pPr/>
      <w:r w:rsidRPr="05DD4721" w:rsidR="4361DB93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____</w:t>
      </w:r>
      <w:r w:rsidRPr="05DD4721" w:rsidR="7E720C8A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Planilla de rendición de gastos </w:t>
      </w:r>
    </w:p>
    <w:p w:rsidRPr="00576995" w:rsidR="006063D7" w:rsidRDefault="00576995" w14:paraId="291CB9AD" w14:textId="6F6BC117">
      <w:pPr/>
      <w:r w:rsidRPr="05DD4721" w:rsidR="634AE8E7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____</w:t>
      </w:r>
      <w:r w:rsidRPr="05DD4721" w:rsidR="7E720C8A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Respaldos de gastos   </w:t>
      </w:r>
    </w:p>
    <w:p w:rsidRPr="00576995" w:rsidR="006063D7" w:rsidRDefault="00576995" w14:paraId="51EE40B3" w14:textId="116F34F2">
      <w:pPr/>
      <w:r w:rsidRPr="05DD4721" w:rsidR="201914B9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____</w:t>
      </w:r>
      <w:r w:rsidRPr="05DD4721" w:rsidR="7E720C8A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Publicaciones / aceptaciones   </w:t>
      </w:r>
    </w:p>
    <w:p w:rsidRPr="00576995" w:rsidR="006063D7" w:rsidP="05DD4721" w:rsidRDefault="00576995" w14:paraId="64290042" w14:textId="75CD4D2F">
      <w:pPr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</w:pPr>
      <w:r w:rsidRPr="05DD4721" w:rsidR="5B67237A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____</w:t>
      </w:r>
      <w:r w:rsidRPr="05DD4721" w:rsidR="7E720C8A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Otros</w:t>
      </w:r>
      <w:r w:rsidRPr="05DD4721" w:rsidR="4D5DBC07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 (mencione cuál)</w:t>
      </w:r>
      <w:r w:rsidRPr="05DD4721" w:rsidR="7E720C8A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:</w:t>
      </w:r>
    </w:p>
    <w:p w:rsidRPr="00576995" w:rsidR="006063D7" w:rsidRDefault="00000000" w14:paraId="3C9F41BC" w14:textId="77777777">
      <w:pPr>
        <w:pStyle w:val="Ttulo2"/>
        <w:rPr>
          <w:rFonts w:cstheme="majorHAnsi"/>
          <w:sz w:val="20"/>
          <w:szCs w:val="20"/>
          <w:lang w:val="es-CL"/>
        </w:rPr>
      </w:pPr>
      <w:r w:rsidRPr="00576995">
        <w:rPr>
          <w:rFonts w:cstheme="majorHAnsi"/>
          <w:sz w:val="20"/>
          <w:szCs w:val="20"/>
          <w:lang w:val="es-CL"/>
        </w:rPr>
        <w:t>9. Declaración y firmas</w:t>
      </w:r>
    </w:p>
    <w:p w:rsidRPr="00576995" w:rsidR="006063D7" w:rsidRDefault="00000000" w14:paraId="44A9A1CA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  <w:r w:rsidRPr="00576995">
        <w:rPr>
          <w:rFonts w:asciiTheme="majorHAnsi" w:hAnsiTheme="majorHAnsi" w:cstheme="majorHAnsi"/>
          <w:sz w:val="20"/>
          <w:szCs w:val="20"/>
          <w:lang w:val="es-CL"/>
        </w:rPr>
        <w:t>Declaro que la información reportada corresponde a actividades y productos del proyecto identificado y que los antecedentes acompañados son verificables.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912"/>
      </w:tblGrid>
      <w:tr w:rsidRPr="00576995" w:rsidR="006063D7" w:rsidTr="00576995" w14:paraId="136C1FA3" w14:textId="77777777">
        <w:tc>
          <w:tcPr>
            <w:tcW w:w="2880" w:type="dxa"/>
            <w:vAlign w:val="center"/>
          </w:tcPr>
          <w:p w:rsidRPr="00576995" w:rsidR="006063D7" w:rsidRDefault="00000000" w14:paraId="3AB089B7" w14:textId="6B23D256">
            <w:pPr>
              <w:spacing w:after="40"/>
              <w:rPr>
                <w:rFonts w:asciiTheme="majorHAnsi" w:hAnsiTheme="majorHAnsi" w:cstheme="majorHAnsi"/>
                <w:sz w:val="20"/>
                <w:szCs w:val="20"/>
                <w:lang w:val="es-CL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  <w:lang w:val="es-CL"/>
              </w:rPr>
              <w:t xml:space="preserve">Nombre y firma </w:t>
            </w:r>
            <w:r w:rsidRPr="00576995" w:rsidR="00576995">
              <w:rPr>
                <w:rFonts w:asciiTheme="majorHAnsi" w:hAnsiTheme="majorHAnsi" w:cstheme="majorHAnsi"/>
                <w:sz w:val="20"/>
                <w:szCs w:val="20"/>
                <w:lang w:val="es-CL"/>
              </w:rPr>
              <w:t>estudiante responsable</w:t>
            </w:r>
          </w:p>
        </w:tc>
        <w:tc>
          <w:tcPr>
            <w:tcW w:w="6912" w:type="dxa"/>
            <w:vAlign w:val="center"/>
          </w:tcPr>
          <w:p w:rsidRPr="00576995" w:rsidR="006063D7" w:rsidRDefault="006063D7" w14:paraId="21A00853" w14:textId="77777777">
            <w:pPr>
              <w:spacing w:after="40"/>
              <w:rPr>
                <w:rFonts w:asciiTheme="majorHAnsi" w:hAnsiTheme="majorHAnsi" w:cstheme="majorHAnsi"/>
                <w:sz w:val="20"/>
                <w:szCs w:val="20"/>
                <w:lang w:val="es-CL"/>
              </w:rPr>
            </w:pPr>
          </w:p>
        </w:tc>
      </w:tr>
      <w:tr w:rsidRPr="00576995" w:rsidR="006063D7" w:rsidTr="00576995" w14:paraId="32A9E3E2" w14:textId="77777777">
        <w:tc>
          <w:tcPr>
            <w:tcW w:w="2880" w:type="dxa"/>
            <w:vAlign w:val="center"/>
          </w:tcPr>
          <w:p w:rsidRPr="00576995" w:rsidR="006063D7" w:rsidRDefault="00000000" w14:paraId="36066EA2" w14:textId="501A1836">
            <w:pPr>
              <w:spacing w:after="40"/>
              <w:rPr>
                <w:rFonts w:asciiTheme="majorHAnsi" w:hAnsiTheme="majorHAnsi" w:cstheme="majorHAnsi"/>
                <w:sz w:val="20"/>
                <w:szCs w:val="20"/>
                <w:lang w:val="es-CL"/>
              </w:rPr>
            </w:pPr>
            <w:r w:rsidRPr="00576995">
              <w:rPr>
                <w:rFonts w:asciiTheme="majorHAnsi" w:hAnsiTheme="majorHAnsi" w:cstheme="majorHAnsi"/>
                <w:sz w:val="20"/>
                <w:szCs w:val="20"/>
                <w:lang w:val="es-CL"/>
              </w:rPr>
              <w:t>Nombre y firma director/a de tesis o patrocinante</w:t>
            </w:r>
            <w:r w:rsidRPr="00576995" w:rsidR="00576995">
              <w:rPr>
                <w:rFonts w:asciiTheme="majorHAnsi" w:hAnsiTheme="majorHAnsi" w:cstheme="majorHAnsi"/>
                <w:sz w:val="20"/>
                <w:szCs w:val="20"/>
                <w:lang w:val="es-CL"/>
              </w:rPr>
              <w:t>.</w:t>
            </w:r>
          </w:p>
        </w:tc>
        <w:tc>
          <w:tcPr>
            <w:tcW w:w="6912" w:type="dxa"/>
            <w:vAlign w:val="center"/>
          </w:tcPr>
          <w:p w:rsidRPr="00576995" w:rsidR="006063D7" w:rsidRDefault="006063D7" w14:paraId="2FCEFC18" w14:textId="77777777">
            <w:pPr>
              <w:spacing w:after="40"/>
              <w:rPr>
                <w:rFonts w:asciiTheme="majorHAnsi" w:hAnsiTheme="majorHAnsi" w:cstheme="majorHAnsi"/>
                <w:sz w:val="20"/>
                <w:szCs w:val="20"/>
                <w:lang w:val="es-CL"/>
              </w:rPr>
            </w:pPr>
          </w:p>
        </w:tc>
      </w:tr>
      <w:tr w:rsidRPr="00576995" w:rsidR="006063D7" w:rsidTr="00576995" w14:paraId="48B0DD39" w14:textId="77777777">
        <w:tc>
          <w:tcPr>
            <w:tcW w:w="2880" w:type="dxa"/>
            <w:vAlign w:val="center"/>
          </w:tcPr>
          <w:p w:rsidRPr="00576995" w:rsidR="006063D7" w:rsidRDefault="00000000" w14:paraId="2C3D2B15" w14:textId="77777777">
            <w:pPr>
              <w:spacing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576995">
              <w:rPr>
                <w:rFonts w:asciiTheme="majorHAnsi" w:hAnsiTheme="majorHAnsi" w:cstheme="majorHAnsi"/>
                <w:sz w:val="20"/>
                <w:szCs w:val="20"/>
              </w:rPr>
              <w:t>Fecha</w:t>
            </w:r>
            <w:proofErr w:type="spellEnd"/>
          </w:p>
        </w:tc>
        <w:tc>
          <w:tcPr>
            <w:tcW w:w="6912" w:type="dxa"/>
            <w:vAlign w:val="center"/>
          </w:tcPr>
          <w:p w:rsidRPr="00576995" w:rsidR="006063D7" w:rsidRDefault="006063D7" w14:paraId="41AA98B3" w14:textId="77777777">
            <w:pPr>
              <w:spacing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Pr="00576995" w:rsidR="00576995" w:rsidP="00576995" w:rsidRDefault="00576995" w14:paraId="1F9AA053" w14:textId="77777777">
      <w:pPr>
        <w:jc w:val="both"/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576995" w:rsidP="00576995" w:rsidRDefault="00576995" w14:paraId="0A6FE197" w14:textId="77777777">
      <w:pPr>
        <w:jc w:val="both"/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576995" w:rsidP="00576995" w:rsidRDefault="00576995" w14:paraId="600833CA" w14:textId="77777777">
      <w:pPr>
        <w:jc w:val="both"/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576995" w:rsidP="00576995" w:rsidRDefault="00576995" w14:paraId="648FD1E3" w14:textId="77777777">
      <w:pPr>
        <w:jc w:val="both"/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576995" w:rsidP="00576995" w:rsidRDefault="00576995" w14:paraId="068F645C" w14:textId="77777777">
      <w:pPr>
        <w:jc w:val="both"/>
        <w:rPr>
          <w:rFonts w:asciiTheme="majorHAnsi" w:hAnsiTheme="majorHAnsi" w:cstheme="majorHAnsi"/>
          <w:sz w:val="20"/>
          <w:szCs w:val="20"/>
          <w:lang w:val="es-CL"/>
        </w:rPr>
      </w:pPr>
    </w:p>
    <w:p w:rsidRPr="00576995" w:rsidR="006063D7" w:rsidP="05DD4721" w:rsidRDefault="00000000" w14:paraId="7BD48F75" w14:textId="5215F3B6">
      <w:pPr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</w:pPr>
      <w:r w:rsidRPr="05DD4721" w:rsidR="3A4E0746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Envío de informes según bases: </w:t>
      </w:r>
      <w:hyperlink r:id="Rc9c7986a7b1642b0">
        <w:r w:rsidRPr="05DD4721" w:rsidR="3A4E0746">
          <w:rPr>
            <w:rStyle w:val="Hyperlink"/>
            <w:lang w:val="es-CL"/>
          </w:rPr>
          <w:t>dir.investigacion@unab.cl</w:t>
        </w:r>
      </w:hyperlink>
      <w:r w:rsidRPr="05DD4721" w:rsidR="3A4E0746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 </w:t>
      </w:r>
      <w:r w:rsidRPr="05DD4721" w:rsidR="174F4A02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 </w:t>
      </w:r>
      <w:r w:rsidRPr="05DD4721" w:rsidR="3A4E0746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Verifique además las fechas y condiciones particulares del convenio o acuerdo de financiamiento.</w:t>
      </w:r>
    </w:p>
    <w:sectPr w:rsidRPr="00576995" w:rsidR="006063D7" w:rsidSect="00576995">
      <w:headerReference w:type="default" r:id="rId8"/>
      <w:pgSz w:w="12240" w:h="15840" w:orient="portrait"/>
      <w:pgMar w:top="1008" w:right="1152" w:bottom="936" w:left="1152" w:header="10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7B4E" w:rsidP="00576995" w:rsidRDefault="00827B4E" w14:paraId="000EA6FD" w14:textId="77777777">
      <w:pPr>
        <w:spacing w:after="0" w:line="240" w:lineRule="auto"/>
      </w:pPr>
      <w:r>
        <w:separator/>
      </w:r>
    </w:p>
  </w:endnote>
  <w:endnote w:type="continuationSeparator" w:id="0">
    <w:p w:rsidR="00827B4E" w:rsidP="00576995" w:rsidRDefault="00827B4E" w14:paraId="3503705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7B4E" w:rsidP="00576995" w:rsidRDefault="00827B4E" w14:paraId="3BBE9488" w14:textId="77777777">
      <w:pPr>
        <w:spacing w:after="0" w:line="240" w:lineRule="auto"/>
      </w:pPr>
      <w:r>
        <w:separator/>
      </w:r>
    </w:p>
  </w:footnote>
  <w:footnote w:type="continuationSeparator" w:id="0">
    <w:p w:rsidR="00827B4E" w:rsidP="00576995" w:rsidRDefault="00827B4E" w14:paraId="6C526B3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76995" w:rsidR="00576995" w:rsidP="00576995" w:rsidRDefault="00576995" w14:paraId="553D18BE" w14:textId="24FE11F2">
    <w:pPr>
      <w:pStyle w:val="Encabezado"/>
      <w:jc w:val="center"/>
      <w:rPr>
        <w:lang w:val="es-CL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4B891382" wp14:editId="20DED4AC">
          <wp:simplePos x="0" y="0"/>
          <wp:positionH relativeFrom="column">
            <wp:posOffset>2799910</wp:posOffset>
          </wp:positionH>
          <wp:positionV relativeFrom="paragraph">
            <wp:posOffset>-540140</wp:posOffset>
          </wp:positionV>
          <wp:extent cx="789785" cy="662400"/>
          <wp:effectExtent l="0" t="0" r="0" b="4445"/>
          <wp:wrapNone/>
          <wp:docPr id="2146259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785" cy="66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alignment="center" w:relativeTo="margin" w:leader="none"/>
    </w:r>
    <w:r>
      <w:ptab w:alignment="right" w:relativeTo="margin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604074641">
    <w:abstractNumId w:val="8"/>
  </w:num>
  <w:num w:numId="2" w16cid:durableId="1990161114">
    <w:abstractNumId w:val="6"/>
  </w:num>
  <w:num w:numId="3" w16cid:durableId="1768229538">
    <w:abstractNumId w:val="5"/>
  </w:num>
  <w:num w:numId="4" w16cid:durableId="1855070146">
    <w:abstractNumId w:val="4"/>
  </w:num>
  <w:num w:numId="5" w16cid:durableId="1193303488">
    <w:abstractNumId w:val="7"/>
  </w:num>
  <w:num w:numId="6" w16cid:durableId="505628947">
    <w:abstractNumId w:val="3"/>
  </w:num>
  <w:num w:numId="7" w16cid:durableId="1022512516">
    <w:abstractNumId w:val="2"/>
  </w:num>
  <w:num w:numId="8" w16cid:durableId="2088068311">
    <w:abstractNumId w:val="1"/>
  </w:num>
  <w:num w:numId="9" w16cid:durableId="147522068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8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00"/>
    <w:rsid w:val="00034616"/>
    <w:rsid w:val="0006063C"/>
    <w:rsid w:val="0015074B"/>
    <w:rsid w:val="001741C1"/>
    <w:rsid w:val="0029639D"/>
    <w:rsid w:val="002C0C6D"/>
    <w:rsid w:val="00326F90"/>
    <w:rsid w:val="003B3B3E"/>
    <w:rsid w:val="0043453F"/>
    <w:rsid w:val="00576995"/>
    <w:rsid w:val="006063D7"/>
    <w:rsid w:val="00827B4E"/>
    <w:rsid w:val="00AA1D8D"/>
    <w:rsid w:val="00B47730"/>
    <w:rsid w:val="00C94854"/>
    <w:rsid w:val="00CB0664"/>
    <w:rsid w:val="00FC693F"/>
    <w:rsid w:val="05DD4721"/>
    <w:rsid w:val="150272D8"/>
    <w:rsid w:val="174F4A02"/>
    <w:rsid w:val="201914B9"/>
    <w:rsid w:val="2997E5E1"/>
    <w:rsid w:val="37D94068"/>
    <w:rsid w:val="38FB6A28"/>
    <w:rsid w:val="3A4E0746"/>
    <w:rsid w:val="40ED67A4"/>
    <w:rsid w:val="40ED67A4"/>
    <w:rsid w:val="41867DCF"/>
    <w:rsid w:val="4361DB93"/>
    <w:rsid w:val="4A11AB01"/>
    <w:rsid w:val="4D5DBC07"/>
    <w:rsid w:val="52794F72"/>
    <w:rsid w:val="5B67237A"/>
    <w:rsid w:val="631016F5"/>
    <w:rsid w:val="634AE8E7"/>
    <w:rsid w:val="7CCC677F"/>
    <w:rsid w:val="7E72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11ADBC"/>
  <w14:defaultImageDpi w14:val="300"/>
  <w15:docId w15:val="{91AE6576-4224-49EA-A513-76D42BB0BE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1375B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11375B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uiPriority w:val="99"/>
    <w:name w:val="Hyperlink"/>
    <w:basedOn w:val="Fuentedeprrafopredeter"/>
    <w:unhideWhenUsed/>
    <w:rsid w:val="05DD47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yperlink" Target="mailto:dir.investigacion@unab.cl" TargetMode="External" Id="Rc9c7986a7b1642b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C56F63-D3A0-4D61-8563-616F742FE7D8}"/>
</file>

<file path=customXml/itemProps3.xml><?xml version="1.0" encoding="utf-8"?>
<ds:datastoreItem xmlns:ds="http://schemas.openxmlformats.org/officeDocument/2006/customXml" ds:itemID="{F7236ACC-BCBE-44C9-A588-75AC82B9B1FE}"/>
</file>

<file path=customXml/itemProps4.xml><?xml version="1.0" encoding="utf-8"?>
<ds:datastoreItem xmlns:ds="http://schemas.openxmlformats.org/officeDocument/2006/customXml" ds:itemID="{E25568D9-6E99-4AE0-951B-A4966540B76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paula.lara@unab.cl</dc:creator>
  <keywords/>
  <dc:description>generated by python-docx</dc:description>
  <lastModifiedBy>Paula Belén Lara Rojas</lastModifiedBy>
  <revision>8</revision>
  <dcterms:created xsi:type="dcterms:W3CDTF">2013-12-23T23:15:00.0000000Z</dcterms:created>
  <dcterms:modified xsi:type="dcterms:W3CDTF">2026-10-28T18:54:59.1024670Z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</Properties>
</file>